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B08AC" w14:textId="48CF3AFA" w:rsidR="4BED70A7" w:rsidRDefault="4BED70A7" w:rsidP="4BED70A7">
      <w:pPr>
        <w:pStyle w:val="Title"/>
        <w:pBdr>
          <w:bottom w:val="single" w:sz="4" w:space="4" w:color="4F81BD"/>
        </w:pBdr>
        <w:jc w:val="center"/>
      </w:pPr>
      <w:r>
        <w:t>Patient Group Meeting Minutes</w:t>
      </w:r>
    </w:p>
    <w:p w14:paraId="6CF085EA" w14:textId="33B64274" w:rsidR="00091706" w:rsidRDefault="00091706">
      <w:pPr>
        <w:jc w:val="center"/>
      </w:pPr>
    </w:p>
    <w:tbl>
      <w:tblPr>
        <w:tblW w:w="10080" w:type="dxa"/>
        <w:jc w:val="center"/>
        <w:tblLayout w:type="fixed"/>
        <w:tblLook w:val="04A0" w:firstRow="1" w:lastRow="0" w:firstColumn="1" w:lastColumn="0" w:noHBand="0" w:noVBand="1"/>
      </w:tblPr>
      <w:tblGrid>
        <w:gridCol w:w="4500"/>
        <w:gridCol w:w="540"/>
        <w:gridCol w:w="4695"/>
        <w:gridCol w:w="345"/>
      </w:tblGrid>
      <w:tr w:rsidR="00091706" w14:paraId="7C061742" w14:textId="77777777" w:rsidTr="4BED70A7">
        <w:trPr>
          <w:jc w:val="center"/>
        </w:trPr>
        <w:tc>
          <w:tcPr>
            <w:tcW w:w="4500" w:type="dxa"/>
            <w:shd w:val="clear" w:color="auto" w:fill="EAF2F8"/>
            <w:vAlign w:val="center"/>
          </w:tcPr>
          <w:p w14:paraId="12E53049" w14:textId="06CDFFC0" w:rsidR="00091706" w:rsidRDefault="4BED70A7">
            <w:pPr>
              <w:spacing w:before="40" w:after="40"/>
            </w:pPr>
            <w:r w:rsidRPr="4BED70A7">
              <w:rPr>
                <w:b/>
                <w:bCs/>
              </w:rPr>
              <w:t>Meeting date</w:t>
            </w:r>
            <w:r w:rsidR="3A5DAC8E" w:rsidRPr="4BED70A7">
              <w:rPr>
                <w:b/>
                <w:bCs/>
              </w:rPr>
              <w:t xml:space="preserve">: 16 September 2026 </w:t>
            </w:r>
          </w:p>
        </w:tc>
        <w:tc>
          <w:tcPr>
            <w:tcW w:w="540" w:type="dxa"/>
            <w:shd w:val="clear" w:color="auto" w:fill="FFFFFF"/>
            <w:vAlign w:val="center"/>
          </w:tcPr>
          <w:p w14:paraId="672A6659" w14:textId="77777777" w:rsidR="00091706" w:rsidRDefault="00091706">
            <w:pPr>
              <w:spacing w:before="40" w:after="40"/>
            </w:pPr>
          </w:p>
        </w:tc>
        <w:tc>
          <w:tcPr>
            <w:tcW w:w="4695" w:type="dxa"/>
            <w:shd w:val="clear" w:color="auto" w:fill="EAF2F8"/>
            <w:vAlign w:val="center"/>
          </w:tcPr>
          <w:p w14:paraId="1F696A76" w14:textId="49CE053C" w:rsidR="00091706" w:rsidRDefault="4BED70A7">
            <w:pPr>
              <w:spacing w:before="40" w:after="40"/>
            </w:pPr>
            <w:r w:rsidRPr="4BED70A7">
              <w:rPr>
                <w:b/>
                <w:bCs/>
              </w:rPr>
              <w:t>Chair</w:t>
            </w:r>
            <w:r w:rsidR="2CD8CB4E" w:rsidRPr="4BED70A7">
              <w:rPr>
                <w:b/>
                <w:bCs/>
              </w:rPr>
              <w:t xml:space="preserve">: </w:t>
            </w:r>
            <w:r w:rsidR="69DBF6AF" w:rsidRPr="4BED70A7">
              <w:rPr>
                <w:b/>
                <w:bCs/>
              </w:rPr>
              <w:t>Marion Jones</w:t>
            </w:r>
            <w:r w:rsidR="2CD8CB4E" w:rsidRPr="4BED70A7">
              <w:rPr>
                <w:b/>
                <w:bCs/>
              </w:rPr>
              <w:t>. Practice Operations Manager</w:t>
            </w:r>
          </w:p>
        </w:tc>
        <w:tc>
          <w:tcPr>
            <w:tcW w:w="345" w:type="dxa"/>
            <w:shd w:val="clear" w:color="auto" w:fill="FFFFFF"/>
            <w:vAlign w:val="center"/>
          </w:tcPr>
          <w:p w14:paraId="0A37501D" w14:textId="77777777" w:rsidR="00091706" w:rsidRDefault="00091706">
            <w:pPr>
              <w:spacing w:before="40" w:after="40"/>
            </w:pPr>
          </w:p>
        </w:tc>
      </w:tr>
      <w:tr w:rsidR="00091706" w14:paraId="0689B760" w14:textId="77777777" w:rsidTr="4BED70A7">
        <w:trPr>
          <w:jc w:val="center"/>
        </w:trPr>
        <w:tc>
          <w:tcPr>
            <w:tcW w:w="4500" w:type="dxa"/>
            <w:shd w:val="clear" w:color="auto" w:fill="EAF2F8"/>
            <w:vAlign w:val="center"/>
          </w:tcPr>
          <w:p w14:paraId="1D2B207C" w14:textId="5EF4F59B" w:rsidR="00091706" w:rsidRDefault="4BED70A7">
            <w:pPr>
              <w:spacing w:before="40" w:after="40"/>
            </w:pPr>
            <w:r w:rsidRPr="4BED70A7">
              <w:rPr>
                <w:b/>
                <w:bCs/>
              </w:rPr>
              <w:t>Location</w:t>
            </w:r>
            <w:r w:rsidR="292F662B" w:rsidRPr="4BED70A7">
              <w:rPr>
                <w:b/>
                <w:bCs/>
              </w:rPr>
              <w:t xml:space="preserve">: Hannage Brook </w:t>
            </w:r>
            <w:r w:rsidR="4ABC1712" w:rsidRPr="4BED70A7">
              <w:rPr>
                <w:b/>
                <w:bCs/>
              </w:rPr>
              <w:t>M</w:t>
            </w:r>
            <w:r w:rsidR="292F662B" w:rsidRPr="4BED70A7">
              <w:rPr>
                <w:b/>
                <w:bCs/>
              </w:rPr>
              <w:t>edical Centre</w:t>
            </w:r>
          </w:p>
        </w:tc>
        <w:tc>
          <w:tcPr>
            <w:tcW w:w="540" w:type="dxa"/>
            <w:shd w:val="clear" w:color="auto" w:fill="FFFFFF"/>
            <w:vAlign w:val="center"/>
          </w:tcPr>
          <w:p w14:paraId="5DAB6C7B" w14:textId="77777777" w:rsidR="00091706" w:rsidRDefault="00091706">
            <w:pPr>
              <w:spacing w:before="40" w:after="40"/>
            </w:pPr>
          </w:p>
        </w:tc>
        <w:tc>
          <w:tcPr>
            <w:tcW w:w="4695" w:type="dxa"/>
            <w:shd w:val="clear" w:color="auto" w:fill="EAF2F8"/>
            <w:vAlign w:val="center"/>
          </w:tcPr>
          <w:p w14:paraId="7923DCA7" w14:textId="1225B22B" w:rsidR="00091706" w:rsidRDefault="00091706" w:rsidP="4BED70A7">
            <w:pPr>
              <w:spacing w:before="40" w:after="40"/>
              <w:rPr>
                <w:b/>
                <w:bCs/>
              </w:rPr>
            </w:pPr>
          </w:p>
        </w:tc>
        <w:tc>
          <w:tcPr>
            <w:tcW w:w="345" w:type="dxa"/>
            <w:shd w:val="clear" w:color="auto" w:fill="FFFFFF"/>
            <w:vAlign w:val="center"/>
          </w:tcPr>
          <w:p w14:paraId="02EB378F" w14:textId="77777777" w:rsidR="00091706" w:rsidRDefault="00091706">
            <w:pPr>
              <w:spacing w:before="40" w:after="40"/>
            </w:pPr>
          </w:p>
        </w:tc>
      </w:tr>
    </w:tbl>
    <w:p w14:paraId="6A05A809" w14:textId="77777777" w:rsidR="00091706" w:rsidRDefault="00091706"/>
    <w:p w14:paraId="0C3AF924" w14:textId="26B9FBB3" w:rsidR="3718D66E" w:rsidRDefault="3718D66E" w:rsidP="4BED70A7">
      <w:pPr>
        <w:pStyle w:val="Heading1"/>
      </w:pPr>
      <w:r w:rsidRPr="4BED70A7">
        <w:rPr>
          <w:rFonts w:ascii="Calibri" w:eastAsia="Calibri" w:hAnsi="Calibri" w:cs="Calibri"/>
          <w:color w:val="365F91" w:themeColor="accent1" w:themeShade="BF"/>
          <w:sz w:val="28"/>
        </w:rPr>
        <w:t xml:space="preserve">1. Welcome </w:t>
      </w:r>
    </w:p>
    <w:p w14:paraId="09A5DCBE" w14:textId="3454CE45" w:rsidR="4BED70A7" w:rsidRDefault="4BED70A7" w:rsidP="4BED70A7">
      <w:r w:rsidRPr="4BED70A7">
        <w:rPr>
          <w:rFonts w:ascii="Calibri" w:eastAsia="Calibri" w:hAnsi="Calibri" w:cs="Calibri"/>
          <w:sz w:val="22"/>
        </w:rPr>
        <w:t>Thank you to everyone who attended. The meeting provided an opportunity to share recent updates and plans for the coming months.</w:t>
      </w:r>
    </w:p>
    <w:p w14:paraId="3714C4C3" w14:textId="20E05183" w:rsidR="4BED70A7" w:rsidRDefault="4BED70A7" w:rsidP="4BED70A7"/>
    <w:p w14:paraId="0B0B04E5" w14:textId="0DCCA5ED" w:rsidR="4BED70A7" w:rsidRDefault="4BED70A7" w:rsidP="4BED70A7">
      <w:pPr>
        <w:pStyle w:val="Heading1"/>
      </w:pPr>
      <w:r>
        <w:t>2. Updates since the last meeting</w:t>
      </w:r>
    </w:p>
    <w:p w14:paraId="04F14858" w14:textId="77777777" w:rsidR="00091706" w:rsidRDefault="4BED70A7">
      <w:pPr>
        <w:pStyle w:val="Heading1"/>
      </w:pPr>
      <w:r>
        <w:t>Dementia music sessions</w:t>
      </w:r>
    </w:p>
    <w:p w14:paraId="385827F4" w14:textId="283F737D" w:rsidR="4BED70A7" w:rsidRDefault="4BED70A7" w:rsidP="4BED70A7">
      <w:pPr>
        <w:pStyle w:val="ListParagraph"/>
        <w:numPr>
          <w:ilvl w:val="0"/>
          <w:numId w:val="25"/>
        </w:numPr>
      </w:pPr>
      <w:r>
        <w:t xml:space="preserve">Following Nick’s introduction at the last meeting, the practice </w:t>
      </w:r>
      <w:r w:rsidR="00E7689B">
        <w:t>hosted</w:t>
      </w:r>
      <w:r>
        <w:t xml:space="preserve"> several music sessions for patients living with dementia and their carers. The sessions were small but lively, and those who attended appeared to enjoy them. Nick has asked participants for feedback, which should be completed shortly.</w:t>
      </w:r>
    </w:p>
    <w:p w14:paraId="6CC56F41" w14:textId="77777777" w:rsidR="00091706" w:rsidRDefault="4BED70A7">
      <w:pPr>
        <w:pStyle w:val="Heading1"/>
      </w:pPr>
      <w:r>
        <w:t>Telephony</w:t>
      </w:r>
    </w:p>
    <w:p w14:paraId="15FD42CC" w14:textId="226567E2" w:rsidR="4BED70A7" w:rsidRDefault="4BED70A7" w:rsidP="4BED70A7">
      <w:pPr>
        <w:pStyle w:val="ListParagraph"/>
        <w:numPr>
          <w:ilvl w:val="0"/>
          <w:numId w:val="24"/>
        </w:numPr>
      </w:pPr>
      <w:r>
        <w:t>The new telephone system is now in place, and no issues have been reported by practice staff.</w:t>
      </w:r>
    </w:p>
    <w:p w14:paraId="498FE0BA" w14:textId="77777777" w:rsidR="002B38DD" w:rsidRDefault="4BED70A7" w:rsidP="00E7689B">
      <w:pPr>
        <w:pStyle w:val="ListParagraph"/>
        <w:numPr>
          <w:ilvl w:val="0"/>
          <w:numId w:val="9"/>
        </w:numPr>
      </w:pPr>
      <w:r>
        <w:t>The new system has started to produce reports. We will share the findings at the next meeting once enough data has been collected to provide a meaningful picture.</w:t>
      </w:r>
    </w:p>
    <w:p w14:paraId="0E1AA4E2" w14:textId="42837E44" w:rsidR="3F35858D" w:rsidRDefault="3F35858D" w:rsidP="00E7689B">
      <w:pPr>
        <w:pStyle w:val="ListParagraph"/>
        <w:numPr>
          <w:ilvl w:val="0"/>
          <w:numId w:val="9"/>
        </w:numPr>
      </w:pPr>
      <w:r>
        <w:t>We also asked some questions about the telephony in our recent patient survey and haven't received any negative feedback about the change.</w:t>
      </w:r>
    </w:p>
    <w:p w14:paraId="3D909F41" w14:textId="18DD4AC0" w:rsidR="4BED70A7" w:rsidRDefault="4BED70A7" w:rsidP="4BED70A7">
      <w:pPr>
        <w:pStyle w:val="ListBullet"/>
        <w:numPr>
          <w:ilvl w:val="0"/>
          <w:numId w:val="0"/>
        </w:numPr>
        <w:spacing w:after="80"/>
      </w:pPr>
    </w:p>
    <w:p w14:paraId="2CEA3279" w14:textId="5A5C5552" w:rsidR="73273F44" w:rsidRDefault="73273F44" w:rsidP="4BED70A7">
      <w:pPr>
        <w:pStyle w:val="Heading1"/>
      </w:pPr>
      <w:r>
        <w:t>Patient Survey</w:t>
      </w:r>
    </w:p>
    <w:p w14:paraId="1F531F30" w14:textId="152EB0C5" w:rsidR="4BED70A7" w:rsidRPr="002B38DD" w:rsidRDefault="4BED70A7" w:rsidP="4BED70A7">
      <w:pPr>
        <w:pStyle w:val="ListParagraph"/>
        <w:numPr>
          <w:ilvl w:val="0"/>
          <w:numId w:val="24"/>
        </w:numPr>
      </w:pPr>
      <w:r w:rsidRPr="002B38DD">
        <w:t>The survey explored how patients contact the practice, including their awareness of the callback feature and online options for requesting appointments or help. It also asked how helpful patients found reception and administrative support</w:t>
      </w:r>
      <w:r w:rsidR="00E7689B" w:rsidRPr="002B38DD">
        <w:t xml:space="preserve"> </w:t>
      </w:r>
      <w:r w:rsidRPr="002B38DD">
        <w:t>and invited further comments.</w:t>
      </w:r>
    </w:p>
    <w:p w14:paraId="5F3D19F1" w14:textId="00D743AE" w:rsidR="0A1EC85F" w:rsidRPr="002B38DD" w:rsidRDefault="0A1EC85F" w:rsidP="002B38DD">
      <w:pPr>
        <w:pStyle w:val="ListBullet"/>
        <w:tabs>
          <w:tab w:val="clear" w:pos="360"/>
          <w:tab w:val="num" w:pos="720"/>
        </w:tabs>
        <w:spacing w:after="80"/>
        <w:ind w:left="720"/>
      </w:pPr>
      <w:r w:rsidRPr="002B38DD">
        <w:rPr>
          <w:rFonts w:eastAsia="Cambria" w:cs="Cambria"/>
          <w:color w:val="000000" w:themeColor="text1"/>
          <w:sz w:val="22"/>
        </w:rPr>
        <w:t>This survey was in addition the “National Survey” which was run by IPSOS in July 2026</w:t>
      </w:r>
    </w:p>
    <w:p w14:paraId="200D3FC5" w14:textId="5335881D" w:rsidR="4BED70A7" w:rsidRPr="002B38DD" w:rsidRDefault="4BED70A7" w:rsidP="4BED70A7">
      <w:pPr>
        <w:pStyle w:val="ListParagraph"/>
        <w:numPr>
          <w:ilvl w:val="0"/>
          <w:numId w:val="24"/>
        </w:numPr>
      </w:pPr>
      <w:r w:rsidRPr="002B38DD">
        <w:t>We received 135 responses. The survey was shared through social media, direct email to registered PPG members, the closed PPG Facebook group and a news item on the practice website. Paper copies were also available in the waiting room.</w:t>
      </w:r>
    </w:p>
    <w:p w14:paraId="30F8087F" w14:textId="1ED44165" w:rsidR="4BED70A7" w:rsidRDefault="4BED70A7" w:rsidP="4BED70A7">
      <w:pPr>
        <w:pStyle w:val="ListParagraph"/>
        <w:numPr>
          <w:ilvl w:val="0"/>
          <w:numId w:val="24"/>
        </w:numPr>
      </w:pPr>
      <w:r>
        <w:lastRenderedPageBreak/>
        <w:t xml:space="preserve">Overall, feedback about reception and administrative services was very positive, with strong ratings for helpfulness and praise for kind, professional and patient-centred support. The main areas for improvement </w:t>
      </w:r>
      <w:r w:rsidR="002B38DD">
        <w:t>were</w:t>
      </w:r>
      <w:r>
        <w:t xml:space="preserve"> increasing confidence in the callback system</w:t>
      </w:r>
      <w:r w:rsidR="0C04A05D">
        <w:t xml:space="preserve"> and considering</w:t>
      </w:r>
      <w:r>
        <w:t xml:space="preserve"> continuity of care</w:t>
      </w:r>
      <w:r w:rsidR="0F7102E9">
        <w:t>.</w:t>
      </w:r>
      <w:r>
        <w:t xml:space="preserve">  </w:t>
      </w:r>
    </w:p>
    <w:p w14:paraId="1A561A1F" w14:textId="4863DAC5" w:rsidR="7702C375" w:rsidRDefault="7702C375" w:rsidP="002B38DD">
      <w:pPr>
        <w:pStyle w:val="ListBullet"/>
        <w:tabs>
          <w:tab w:val="clear" w:pos="360"/>
          <w:tab w:val="num" w:pos="720"/>
        </w:tabs>
        <w:spacing w:after="80"/>
        <w:ind w:left="720"/>
      </w:pPr>
      <w:r w:rsidRPr="4BED70A7">
        <w:t>The survey results will be published in</w:t>
      </w:r>
      <w:r w:rsidR="6991AC74" w:rsidRPr="4BED70A7">
        <w:t xml:space="preserve"> full on</w:t>
      </w:r>
      <w:r w:rsidRPr="4BED70A7">
        <w:t xml:space="preserve"> the website and the link shared on facebook. </w:t>
      </w:r>
    </w:p>
    <w:p w14:paraId="0DFDC66D" w14:textId="407FA9F0" w:rsidR="4BED70A7" w:rsidRDefault="4BED70A7" w:rsidP="4BED70A7">
      <w:pPr>
        <w:pStyle w:val="ListBullet"/>
        <w:numPr>
          <w:ilvl w:val="0"/>
          <w:numId w:val="0"/>
        </w:numPr>
      </w:pPr>
    </w:p>
    <w:p w14:paraId="7850F72F" w14:textId="77777777" w:rsidR="00091706" w:rsidRDefault="4BED70A7">
      <w:pPr>
        <w:pStyle w:val="Heading1"/>
      </w:pPr>
      <w:r>
        <w:t>Nursing team</w:t>
      </w:r>
    </w:p>
    <w:p w14:paraId="44E4C1F4" w14:textId="3033AE3B" w:rsidR="4BED70A7" w:rsidRDefault="4BED70A7" w:rsidP="4BED70A7">
      <w:pPr>
        <w:pStyle w:val="ListParagraph"/>
        <w:numPr>
          <w:ilvl w:val="0"/>
          <w:numId w:val="8"/>
        </w:numPr>
      </w:pPr>
      <w:r>
        <w:t>The nursing team works across two main clinical areas. Ann and Lorna support patients with respiratory conditions, including asthma and COPD, while Jen and Elspeth support patients with diabetes. This structure enables team members to develop specialist expertise. They also receive regular input from hospital consultants, can refer patients directly to hospital services and carry out remote case reviews, often avoiding the need for patients to travel to Royal Derby Hospital.</w:t>
      </w:r>
    </w:p>
    <w:p w14:paraId="5A3A836E" w14:textId="787D5E79" w:rsidR="4BED70A7" w:rsidRDefault="4BED70A7" w:rsidP="4BED70A7">
      <w:pPr>
        <w:pStyle w:val="ListBullet"/>
        <w:ind w:left="720"/>
      </w:pPr>
      <w:r>
        <w:t xml:space="preserve">Jen </w:t>
      </w:r>
      <w:r w:rsidR="605C3AF8">
        <w:t>has now started her</w:t>
      </w:r>
      <w:r>
        <w:t xml:space="preserve"> maternity leave, which has coincided with Lorna’s return after an extended absence. Katrina, who provided cover during Lorna’s absence, has agreed to remain with the practice while Jen is away.</w:t>
      </w:r>
      <w:r w:rsidR="2EA2727E">
        <w:t xml:space="preserve"> </w:t>
      </w:r>
      <w:r>
        <w:t>Elspeth will also provide additional diabetes cover during Jen’s maternity leave.</w:t>
      </w:r>
    </w:p>
    <w:p w14:paraId="5B22432D" w14:textId="49B5CABE" w:rsidR="4BED70A7" w:rsidRDefault="4BED70A7" w:rsidP="4BED70A7">
      <w:pPr>
        <w:pStyle w:val="ListBullet"/>
        <w:numPr>
          <w:ilvl w:val="0"/>
          <w:numId w:val="0"/>
        </w:numPr>
        <w:ind w:left="720" w:hanging="360"/>
      </w:pPr>
    </w:p>
    <w:p w14:paraId="04878A14" w14:textId="15D2AFE9" w:rsidR="25623C2F" w:rsidRDefault="25623C2F" w:rsidP="4BED70A7">
      <w:pPr>
        <w:pStyle w:val="ListBullet"/>
        <w:ind w:left="720"/>
      </w:pPr>
      <w:r>
        <w:t>To help reduce waiting times for blood tests, Laurel will run an additional phlebotomy clinic on Friday mornings. We will review whether these extra appointments reduce waits for patients and release more nursing time.</w:t>
      </w:r>
    </w:p>
    <w:p w14:paraId="0ECFC9D7" w14:textId="7FDA2E50" w:rsidR="4BED70A7" w:rsidRDefault="4BED70A7" w:rsidP="4BED70A7">
      <w:pPr>
        <w:pStyle w:val="ListBullet"/>
        <w:numPr>
          <w:ilvl w:val="0"/>
          <w:numId w:val="0"/>
        </w:numPr>
        <w:ind w:left="360"/>
      </w:pPr>
    </w:p>
    <w:p w14:paraId="21622244" w14:textId="5D2C2EEF" w:rsidR="4BED70A7" w:rsidRDefault="4BED70A7" w:rsidP="4BED70A7">
      <w:pPr>
        <w:pStyle w:val="ListBullet"/>
        <w:numPr>
          <w:ilvl w:val="0"/>
          <w:numId w:val="0"/>
        </w:numPr>
        <w:ind w:left="720" w:hanging="360"/>
      </w:pPr>
    </w:p>
    <w:p w14:paraId="6F72D98D" w14:textId="219F8531" w:rsidR="4BED70A7" w:rsidRDefault="4BED70A7" w:rsidP="4BED70A7">
      <w:pPr>
        <w:pStyle w:val="Heading1"/>
      </w:pPr>
      <w:r>
        <w:t>3. Upcoming events and services</w:t>
      </w:r>
    </w:p>
    <w:p w14:paraId="4EC35227" w14:textId="6A546F83" w:rsidR="4BED70A7" w:rsidRDefault="4BED70A7" w:rsidP="4BED70A7"/>
    <w:p w14:paraId="6D35360B" w14:textId="77777777" w:rsidR="004A73A3" w:rsidRDefault="7BBE60BE" w:rsidP="004A73A3">
      <w:pPr>
        <w:pStyle w:val="Heading1"/>
      </w:pPr>
      <w:r>
        <w:t xml:space="preserve">Dry Bits! </w:t>
      </w:r>
    </w:p>
    <w:p w14:paraId="162E2467" w14:textId="27103AF2" w:rsidR="00C3711E" w:rsidRPr="00C3711E" w:rsidRDefault="00C3711E" w:rsidP="00C3711E">
      <w:pPr>
        <w:pStyle w:val="ListBullet"/>
      </w:pPr>
      <w:proofErr w:type="spellStart"/>
      <w:r w:rsidRPr="00C3711E">
        <w:t>Hannage</w:t>
      </w:r>
      <w:proofErr w:type="spellEnd"/>
      <w:r w:rsidRPr="00C3711E">
        <w:t xml:space="preserve"> Brook </w:t>
      </w:r>
      <w:r>
        <w:t>are</w:t>
      </w:r>
      <w:r w:rsidRPr="00C3711E">
        <w:t xml:space="preserve"> pleased to host Dry Bits, an evening about menopause presented by Arts Derbyshire. The event will feature a one-woman show by local performer Imogen Ashby, followed by a question-and-answer session with Dr Blackwell, Dr Giles and Dr Bridgwood.</w:t>
      </w:r>
    </w:p>
    <w:p w14:paraId="1DAA1F01" w14:textId="77777777" w:rsidR="00C3711E" w:rsidRDefault="00C3711E" w:rsidP="00C3711E">
      <w:pPr>
        <w:pStyle w:val="ListBullet"/>
        <w:numPr>
          <w:ilvl w:val="0"/>
          <w:numId w:val="0"/>
        </w:numPr>
        <w:spacing w:after="80"/>
        <w:ind w:left="360"/>
      </w:pPr>
    </w:p>
    <w:p w14:paraId="14748C44" w14:textId="6CC6B211" w:rsidR="00091706" w:rsidRDefault="4BED70A7" w:rsidP="4BED70A7">
      <w:pPr>
        <w:pStyle w:val="ListBullet"/>
        <w:spacing w:after="80"/>
      </w:pPr>
      <w:r>
        <w:t>T</w:t>
      </w:r>
      <w:r w:rsidR="4A6DF924">
        <w:t>his takes place on Thursday 17</w:t>
      </w:r>
      <w:r w:rsidR="4A6DF924" w:rsidRPr="4BED70A7">
        <w:rPr>
          <w:vertAlign w:val="superscript"/>
        </w:rPr>
        <w:t>th</w:t>
      </w:r>
      <w:r w:rsidR="4A6DF924">
        <w:t xml:space="preserve"> September, and invitations have been sent to patients</w:t>
      </w:r>
      <w:r>
        <w:t xml:space="preserve"> aged 45 to 55.</w:t>
      </w:r>
      <w:r w:rsidR="245F3D02">
        <w:t xml:space="preserve"> There is only enough space for 50 in the waiting room, but we hope to follow this with a larger event in the future. </w:t>
      </w:r>
    </w:p>
    <w:p w14:paraId="25E96EED" w14:textId="77777777" w:rsidR="00C3711E" w:rsidRDefault="00C3711E" w:rsidP="00C3711E">
      <w:pPr>
        <w:pStyle w:val="ListParagraph"/>
      </w:pPr>
    </w:p>
    <w:p w14:paraId="2DAECC89" w14:textId="77777777" w:rsidR="00C3711E" w:rsidRDefault="00C3711E" w:rsidP="00C3711E">
      <w:pPr>
        <w:pStyle w:val="ListBullet"/>
        <w:numPr>
          <w:ilvl w:val="0"/>
          <w:numId w:val="0"/>
        </w:numPr>
        <w:spacing w:after="80"/>
        <w:ind w:left="360" w:hanging="360"/>
      </w:pPr>
    </w:p>
    <w:p w14:paraId="515F45CA" w14:textId="77777777" w:rsidR="00C3711E" w:rsidRDefault="00C3711E" w:rsidP="00C3711E">
      <w:pPr>
        <w:pStyle w:val="ListBullet"/>
        <w:numPr>
          <w:ilvl w:val="0"/>
          <w:numId w:val="0"/>
        </w:numPr>
        <w:spacing w:after="80"/>
        <w:ind w:left="360" w:hanging="360"/>
      </w:pPr>
    </w:p>
    <w:p w14:paraId="13D8BABD" w14:textId="77777777" w:rsidR="00C3711E" w:rsidRDefault="00C3711E" w:rsidP="00C3711E">
      <w:pPr>
        <w:pStyle w:val="ListBullet"/>
        <w:numPr>
          <w:ilvl w:val="0"/>
          <w:numId w:val="0"/>
        </w:numPr>
        <w:spacing w:after="80"/>
        <w:ind w:left="360" w:hanging="360"/>
      </w:pPr>
    </w:p>
    <w:p w14:paraId="2252FEC3" w14:textId="7C8094C3" w:rsidR="00091706" w:rsidRDefault="4BED70A7">
      <w:pPr>
        <w:pStyle w:val="Heading1"/>
      </w:pPr>
      <w:r>
        <w:lastRenderedPageBreak/>
        <w:t>Flu and COVID</w:t>
      </w:r>
    </w:p>
    <w:p w14:paraId="28E88C46" w14:textId="05CAA8E7" w:rsidR="00091706" w:rsidRDefault="4BED70A7" w:rsidP="00AD19C1">
      <w:pPr>
        <w:pStyle w:val="ListParagraph"/>
        <w:numPr>
          <w:ilvl w:val="0"/>
          <w:numId w:val="42"/>
        </w:numPr>
        <w:spacing w:after="80"/>
      </w:pPr>
      <w:r>
        <w:t>Invitations have been sent by text message and include booking links. Pre-bookable appointments are available throughout October, including the afternoon of Saturday 10 October and during Wednesday evening enhanced access sessions.</w:t>
      </w:r>
    </w:p>
    <w:p w14:paraId="468870A0" w14:textId="460764CE" w:rsidR="00091706" w:rsidRDefault="00091706" w:rsidP="4BED70A7">
      <w:pPr>
        <w:pStyle w:val="ListParagraph"/>
        <w:spacing w:after="80"/>
      </w:pPr>
    </w:p>
    <w:p w14:paraId="79FE49D8" w14:textId="37898A7A" w:rsidR="00091706" w:rsidRDefault="4BED70A7" w:rsidP="4BED70A7">
      <w:pPr>
        <w:pStyle w:val="ListParagraph"/>
        <w:numPr>
          <w:ilvl w:val="0"/>
          <w:numId w:val="16"/>
        </w:numPr>
        <w:spacing w:after="80"/>
      </w:pPr>
      <w:r>
        <w:t xml:space="preserve">The following </w:t>
      </w:r>
      <w:r w:rsidR="003C26E8">
        <w:t>Saturday</w:t>
      </w:r>
      <w:r>
        <w:t xml:space="preserve"> flu vaccination clinics will be available:</w:t>
      </w:r>
    </w:p>
    <w:tbl>
      <w:tblPr>
        <w:tblStyle w:val="TableGrid"/>
        <w:tblW w:w="0" w:type="auto"/>
        <w:tblLook w:val="04A0" w:firstRow="1" w:lastRow="0" w:firstColumn="1" w:lastColumn="0" w:noHBand="0" w:noVBand="1"/>
      </w:tblPr>
      <w:tblGrid>
        <w:gridCol w:w="2405"/>
        <w:gridCol w:w="3544"/>
        <w:gridCol w:w="3827"/>
      </w:tblGrid>
      <w:tr w:rsidR="4BED70A7" w14:paraId="3588C925" w14:textId="77777777" w:rsidTr="00A82997">
        <w:trPr>
          <w:trHeight w:val="300"/>
        </w:trPr>
        <w:tc>
          <w:tcPr>
            <w:tcW w:w="2405" w:type="dxa"/>
            <w:tcMar>
              <w:left w:w="108" w:type="dxa"/>
              <w:right w:w="108" w:type="dxa"/>
            </w:tcMar>
          </w:tcPr>
          <w:p w14:paraId="4EF11227" w14:textId="7C9483BE" w:rsidR="4BED70A7" w:rsidRPr="008E520E" w:rsidRDefault="4BED70A7" w:rsidP="4BED70A7">
            <w:r w:rsidRPr="008E520E">
              <w:rPr>
                <w:rFonts w:eastAsia="Arial" w:cs="Arial"/>
                <w:sz w:val="24"/>
                <w:szCs w:val="24"/>
              </w:rPr>
              <w:t>Saturday 3</w:t>
            </w:r>
            <w:r w:rsidRPr="008E520E">
              <w:rPr>
                <w:rFonts w:eastAsia="Arial" w:cs="Arial"/>
                <w:sz w:val="24"/>
                <w:szCs w:val="24"/>
                <w:vertAlign w:val="superscript"/>
              </w:rPr>
              <w:t>rd</w:t>
            </w:r>
            <w:r w:rsidRPr="008E520E">
              <w:rPr>
                <w:rFonts w:eastAsia="Arial" w:cs="Arial"/>
                <w:sz w:val="24"/>
                <w:szCs w:val="24"/>
              </w:rPr>
              <w:t xml:space="preserve"> October</w:t>
            </w:r>
          </w:p>
        </w:tc>
        <w:tc>
          <w:tcPr>
            <w:tcW w:w="3544" w:type="dxa"/>
            <w:tcMar>
              <w:left w:w="108" w:type="dxa"/>
              <w:right w:w="108" w:type="dxa"/>
            </w:tcMar>
          </w:tcPr>
          <w:p w14:paraId="2BA880BC" w14:textId="77777777" w:rsidR="008E520E" w:rsidRDefault="008E520E" w:rsidP="4BED70A7">
            <w:pPr>
              <w:rPr>
                <w:rFonts w:eastAsia="Arial" w:cs="Arial"/>
                <w:sz w:val="24"/>
                <w:szCs w:val="24"/>
              </w:rPr>
            </w:pPr>
            <w:r w:rsidRPr="008E520E">
              <w:rPr>
                <w:rFonts w:eastAsia="Arial" w:cs="Arial"/>
                <w:sz w:val="24"/>
                <w:szCs w:val="24"/>
              </w:rPr>
              <w:t>Drop In</w:t>
            </w:r>
          </w:p>
          <w:p w14:paraId="12C32BDA" w14:textId="66321DA7" w:rsidR="008E520E" w:rsidRDefault="008E520E" w:rsidP="4BED70A7">
            <w:pPr>
              <w:rPr>
                <w:rFonts w:eastAsia="Arial" w:cs="Arial"/>
                <w:sz w:val="22"/>
              </w:rPr>
            </w:pPr>
            <w:r w:rsidRPr="008E520E">
              <w:rPr>
                <w:rFonts w:eastAsia="Arial" w:cs="Arial"/>
                <w:sz w:val="24"/>
                <w:szCs w:val="24"/>
              </w:rPr>
              <w:t xml:space="preserve"> </w:t>
            </w:r>
            <w:r w:rsidRPr="008E520E">
              <w:rPr>
                <w:rFonts w:eastAsia="Arial" w:cs="Arial"/>
                <w:sz w:val="22"/>
              </w:rPr>
              <w:t>No appointment necessary</w:t>
            </w:r>
          </w:p>
          <w:p w14:paraId="03C0076A" w14:textId="77777777" w:rsidR="00A82997" w:rsidRPr="008E520E" w:rsidRDefault="00A82997" w:rsidP="4BED70A7">
            <w:pPr>
              <w:rPr>
                <w:rFonts w:eastAsia="Arial" w:cs="Arial"/>
                <w:sz w:val="24"/>
                <w:szCs w:val="24"/>
              </w:rPr>
            </w:pPr>
          </w:p>
          <w:p w14:paraId="163A55D3" w14:textId="32C03522" w:rsidR="4BED70A7" w:rsidRPr="008E520E" w:rsidRDefault="4BED70A7" w:rsidP="4BED70A7">
            <w:r w:rsidRPr="008E520E">
              <w:rPr>
                <w:rFonts w:eastAsia="Arial" w:cs="Arial"/>
                <w:sz w:val="24"/>
                <w:szCs w:val="24"/>
              </w:rPr>
              <w:t>9am-12.15pm</w:t>
            </w:r>
          </w:p>
        </w:tc>
        <w:tc>
          <w:tcPr>
            <w:tcW w:w="3827" w:type="dxa"/>
            <w:tcMar>
              <w:left w:w="108" w:type="dxa"/>
              <w:right w:w="108" w:type="dxa"/>
            </w:tcMar>
          </w:tcPr>
          <w:p w14:paraId="47A1A6D5" w14:textId="77777777" w:rsidR="008E520E" w:rsidRDefault="008E520E" w:rsidP="008E520E">
            <w:pPr>
              <w:rPr>
                <w:rFonts w:eastAsia="Arial" w:cs="Arial"/>
                <w:sz w:val="24"/>
                <w:szCs w:val="24"/>
              </w:rPr>
            </w:pPr>
            <w:r w:rsidRPr="008E520E">
              <w:rPr>
                <w:rFonts w:eastAsia="Arial" w:cs="Arial"/>
                <w:sz w:val="24"/>
                <w:szCs w:val="24"/>
              </w:rPr>
              <w:t>Drop In</w:t>
            </w:r>
          </w:p>
          <w:p w14:paraId="22E2F83D" w14:textId="376A5EC9" w:rsidR="008E520E" w:rsidRPr="008E520E" w:rsidRDefault="008E520E" w:rsidP="008E520E">
            <w:pPr>
              <w:rPr>
                <w:rFonts w:eastAsia="Arial" w:cs="Arial"/>
                <w:sz w:val="24"/>
                <w:szCs w:val="24"/>
              </w:rPr>
            </w:pPr>
            <w:r w:rsidRPr="008E520E">
              <w:rPr>
                <w:rFonts w:eastAsia="Arial" w:cs="Arial"/>
                <w:sz w:val="22"/>
              </w:rPr>
              <w:t xml:space="preserve"> No</w:t>
            </w:r>
            <w:r>
              <w:rPr>
                <w:rFonts w:eastAsia="Arial" w:cs="Arial"/>
                <w:sz w:val="24"/>
                <w:szCs w:val="24"/>
              </w:rPr>
              <w:t xml:space="preserve"> </w:t>
            </w:r>
            <w:r w:rsidRPr="008E520E">
              <w:rPr>
                <w:rFonts w:eastAsia="Arial" w:cs="Arial"/>
                <w:sz w:val="22"/>
              </w:rPr>
              <w:t>appointment necessary</w:t>
            </w:r>
          </w:p>
          <w:p w14:paraId="155617FD" w14:textId="77777777" w:rsidR="008E520E" w:rsidRDefault="008E520E" w:rsidP="4BED70A7">
            <w:pPr>
              <w:rPr>
                <w:rFonts w:eastAsia="Arial" w:cs="Arial"/>
                <w:sz w:val="24"/>
                <w:szCs w:val="24"/>
              </w:rPr>
            </w:pPr>
          </w:p>
          <w:p w14:paraId="20E88923" w14:textId="77777777" w:rsidR="00A82997" w:rsidRDefault="00A82997" w:rsidP="4BED70A7">
            <w:pPr>
              <w:rPr>
                <w:rFonts w:eastAsia="Arial" w:cs="Arial"/>
                <w:sz w:val="24"/>
                <w:szCs w:val="24"/>
              </w:rPr>
            </w:pPr>
          </w:p>
          <w:p w14:paraId="4E65A901" w14:textId="12CB1E4C" w:rsidR="4BED70A7" w:rsidRPr="008E520E" w:rsidRDefault="4BED70A7" w:rsidP="4BED70A7">
            <w:r w:rsidRPr="008E520E">
              <w:rPr>
                <w:rFonts w:eastAsia="Arial" w:cs="Arial"/>
                <w:sz w:val="24"/>
                <w:szCs w:val="24"/>
              </w:rPr>
              <w:t>1.30pm-4pm</w:t>
            </w:r>
          </w:p>
        </w:tc>
      </w:tr>
      <w:tr w:rsidR="4BED70A7" w14:paraId="71BED045" w14:textId="77777777" w:rsidTr="00A82997">
        <w:trPr>
          <w:trHeight w:val="300"/>
        </w:trPr>
        <w:tc>
          <w:tcPr>
            <w:tcW w:w="2405" w:type="dxa"/>
            <w:tcMar>
              <w:left w:w="108" w:type="dxa"/>
              <w:right w:w="108" w:type="dxa"/>
            </w:tcMar>
          </w:tcPr>
          <w:p w14:paraId="3F30C8E0" w14:textId="2724D890" w:rsidR="4BED70A7" w:rsidRPr="008E520E" w:rsidRDefault="4BED70A7" w:rsidP="4BED70A7">
            <w:r w:rsidRPr="008E520E">
              <w:rPr>
                <w:rFonts w:eastAsia="Arial" w:cs="Arial"/>
                <w:sz w:val="24"/>
                <w:szCs w:val="24"/>
              </w:rPr>
              <w:t>Saturday 10</w:t>
            </w:r>
            <w:r w:rsidRPr="008E520E">
              <w:rPr>
                <w:rFonts w:eastAsia="Arial" w:cs="Arial"/>
                <w:sz w:val="24"/>
                <w:szCs w:val="24"/>
                <w:vertAlign w:val="superscript"/>
              </w:rPr>
              <w:t>th</w:t>
            </w:r>
            <w:r w:rsidRPr="008E520E">
              <w:rPr>
                <w:rFonts w:eastAsia="Arial" w:cs="Arial"/>
                <w:sz w:val="24"/>
                <w:szCs w:val="24"/>
              </w:rPr>
              <w:t xml:space="preserve"> October</w:t>
            </w:r>
          </w:p>
        </w:tc>
        <w:tc>
          <w:tcPr>
            <w:tcW w:w="3544" w:type="dxa"/>
            <w:tcMar>
              <w:left w:w="108" w:type="dxa"/>
              <w:right w:w="108" w:type="dxa"/>
            </w:tcMar>
          </w:tcPr>
          <w:p w14:paraId="313CD191" w14:textId="77777777" w:rsidR="008E520E" w:rsidRDefault="008E520E" w:rsidP="008E520E">
            <w:pPr>
              <w:rPr>
                <w:rFonts w:eastAsia="Arial" w:cs="Arial"/>
                <w:sz w:val="24"/>
                <w:szCs w:val="24"/>
              </w:rPr>
            </w:pPr>
            <w:r w:rsidRPr="008E520E">
              <w:rPr>
                <w:rFonts w:eastAsia="Arial" w:cs="Arial"/>
                <w:sz w:val="24"/>
                <w:szCs w:val="24"/>
              </w:rPr>
              <w:t>Drop In</w:t>
            </w:r>
          </w:p>
          <w:p w14:paraId="05408291" w14:textId="0D65EEA2" w:rsidR="008E520E" w:rsidRPr="008E520E" w:rsidRDefault="008E520E" w:rsidP="008E520E">
            <w:pPr>
              <w:rPr>
                <w:rFonts w:eastAsia="Arial" w:cs="Arial"/>
                <w:sz w:val="24"/>
                <w:szCs w:val="24"/>
              </w:rPr>
            </w:pPr>
            <w:r w:rsidRPr="008E520E">
              <w:rPr>
                <w:rFonts w:eastAsia="Arial" w:cs="Arial"/>
                <w:sz w:val="22"/>
              </w:rPr>
              <w:t>No appointment necessary</w:t>
            </w:r>
          </w:p>
          <w:p w14:paraId="11FB048E" w14:textId="77777777" w:rsidR="008E520E" w:rsidRDefault="008E520E" w:rsidP="4BED70A7">
            <w:pPr>
              <w:rPr>
                <w:rFonts w:eastAsia="Arial" w:cs="Arial"/>
                <w:sz w:val="24"/>
                <w:szCs w:val="24"/>
              </w:rPr>
            </w:pPr>
          </w:p>
          <w:p w14:paraId="3A2D36C1" w14:textId="77777777" w:rsidR="00A82997" w:rsidRDefault="00A82997" w:rsidP="4BED70A7">
            <w:pPr>
              <w:rPr>
                <w:rFonts w:eastAsia="Arial" w:cs="Arial"/>
                <w:sz w:val="24"/>
                <w:szCs w:val="24"/>
              </w:rPr>
            </w:pPr>
          </w:p>
          <w:p w14:paraId="7B9DEB05" w14:textId="1FE792E4" w:rsidR="4BED70A7" w:rsidRPr="008E520E" w:rsidRDefault="4BED70A7" w:rsidP="4BED70A7">
            <w:r w:rsidRPr="008E520E">
              <w:rPr>
                <w:rFonts w:eastAsia="Arial" w:cs="Arial"/>
                <w:sz w:val="24"/>
                <w:szCs w:val="24"/>
              </w:rPr>
              <w:t>9am-12.15pm</w:t>
            </w:r>
          </w:p>
        </w:tc>
        <w:tc>
          <w:tcPr>
            <w:tcW w:w="3827" w:type="dxa"/>
            <w:tcMar>
              <w:left w:w="108" w:type="dxa"/>
              <w:right w:w="108" w:type="dxa"/>
            </w:tcMar>
          </w:tcPr>
          <w:p w14:paraId="68C87EE3" w14:textId="77777777" w:rsidR="4BED70A7" w:rsidRDefault="00632FAD" w:rsidP="4BED70A7">
            <w:pPr>
              <w:rPr>
                <w:rFonts w:eastAsia="Arial" w:cs="Arial"/>
                <w:sz w:val="24"/>
                <w:szCs w:val="24"/>
              </w:rPr>
            </w:pPr>
            <w:r>
              <w:rPr>
                <w:rFonts w:eastAsia="Arial" w:cs="Arial"/>
                <w:sz w:val="24"/>
                <w:szCs w:val="24"/>
              </w:rPr>
              <w:t>Booked appointments only</w:t>
            </w:r>
          </w:p>
          <w:p w14:paraId="50E5D11D" w14:textId="7A479661" w:rsidR="00A82997" w:rsidRPr="00A82997" w:rsidRDefault="00A82997" w:rsidP="4BED70A7">
            <w:pPr>
              <w:rPr>
                <w:rFonts w:eastAsia="Arial" w:cs="Arial"/>
                <w:sz w:val="22"/>
              </w:rPr>
            </w:pPr>
            <w:r w:rsidRPr="00A82997">
              <w:rPr>
                <w:rFonts w:eastAsia="Arial" w:cs="Arial"/>
                <w:sz w:val="22"/>
              </w:rPr>
              <w:t xml:space="preserve">Use a booking link </w:t>
            </w:r>
            <w:r>
              <w:rPr>
                <w:rFonts w:eastAsia="Arial" w:cs="Arial"/>
                <w:sz w:val="22"/>
              </w:rPr>
              <w:t xml:space="preserve">text </w:t>
            </w:r>
            <w:r w:rsidRPr="00A82997">
              <w:rPr>
                <w:rFonts w:eastAsia="Arial" w:cs="Arial"/>
                <w:sz w:val="22"/>
              </w:rPr>
              <w:t xml:space="preserve">or </w:t>
            </w:r>
            <w:r>
              <w:rPr>
                <w:rFonts w:eastAsia="Arial" w:cs="Arial"/>
                <w:sz w:val="22"/>
              </w:rPr>
              <w:t xml:space="preserve">call </w:t>
            </w:r>
            <w:r w:rsidRPr="00A82997">
              <w:rPr>
                <w:rFonts w:eastAsia="Arial" w:cs="Arial"/>
                <w:sz w:val="22"/>
              </w:rPr>
              <w:t>reception to book</w:t>
            </w:r>
          </w:p>
          <w:p w14:paraId="428BB08F" w14:textId="77777777" w:rsidR="00632FAD" w:rsidRDefault="00632FAD" w:rsidP="4BED70A7">
            <w:pPr>
              <w:rPr>
                <w:rFonts w:eastAsia="Arial" w:cs="Arial"/>
                <w:sz w:val="24"/>
                <w:szCs w:val="24"/>
              </w:rPr>
            </w:pPr>
          </w:p>
          <w:p w14:paraId="48A2451D" w14:textId="1BCCCAA3" w:rsidR="00632FAD" w:rsidRPr="008E520E" w:rsidRDefault="00632FAD" w:rsidP="4BED70A7">
            <w:pPr>
              <w:rPr>
                <w:rFonts w:eastAsia="Arial" w:cs="Arial"/>
                <w:sz w:val="24"/>
                <w:szCs w:val="24"/>
              </w:rPr>
            </w:pPr>
            <w:r>
              <w:rPr>
                <w:rFonts w:eastAsia="Arial" w:cs="Arial"/>
                <w:sz w:val="24"/>
                <w:szCs w:val="24"/>
              </w:rPr>
              <w:t xml:space="preserve">1.30pm – 4.30pm </w:t>
            </w:r>
          </w:p>
        </w:tc>
      </w:tr>
    </w:tbl>
    <w:p w14:paraId="08DD72E1" w14:textId="1A585321" w:rsidR="00091706" w:rsidRDefault="00091706" w:rsidP="4BED70A7">
      <w:pPr>
        <w:pStyle w:val="ListBullet"/>
        <w:numPr>
          <w:ilvl w:val="0"/>
          <w:numId w:val="0"/>
        </w:numPr>
        <w:spacing w:after="80"/>
      </w:pPr>
    </w:p>
    <w:p w14:paraId="3411B5A0" w14:textId="22087FF7" w:rsidR="00091706" w:rsidRDefault="4BED70A7" w:rsidP="4BED70A7">
      <w:pPr>
        <w:pStyle w:val="ListParagraph"/>
        <w:numPr>
          <w:ilvl w:val="0"/>
          <w:numId w:val="7"/>
        </w:numPr>
        <w:spacing w:after="80"/>
      </w:pPr>
      <w:r>
        <w:t>A letter will be sent this week to eligible patients who do not have a mobile telephone number recorded on their medical record</w:t>
      </w:r>
    </w:p>
    <w:p w14:paraId="349BC0F4" w14:textId="2433606F" w:rsidR="00091706" w:rsidRDefault="00091706" w:rsidP="4BED70A7">
      <w:pPr>
        <w:pStyle w:val="ListParagraph"/>
        <w:spacing w:after="80"/>
      </w:pPr>
    </w:p>
    <w:p w14:paraId="44F6E573" w14:textId="2EA0BC47" w:rsidR="00091706" w:rsidRDefault="4BED70A7" w:rsidP="4BED70A7">
      <w:pPr>
        <w:pStyle w:val="ListParagraph"/>
        <w:numPr>
          <w:ilvl w:val="0"/>
          <w:numId w:val="7"/>
        </w:numPr>
        <w:spacing w:after="80"/>
      </w:pPr>
      <w:r>
        <w:t>COVID-19 vaccinations will also be offered to all eligible patients.</w:t>
      </w:r>
    </w:p>
    <w:p w14:paraId="70933AC0" w14:textId="4BC9017C" w:rsidR="00091706" w:rsidRDefault="00091706" w:rsidP="4BED70A7">
      <w:pPr>
        <w:pStyle w:val="ListParagraph"/>
        <w:spacing w:after="80"/>
      </w:pPr>
    </w:p>
    <w:p w14:paraId="727EBF27" w14:textId="053F2275" w:rsidR="00091706" w:rsidRDefault="4BED70A7" w:rsidP="4BED70A7">
      <w:pPr>
        <w:pStyle w:val="ListParagraph"/>
        <w:numPr>
          <w:ilvl w:val="0"/>
          <w:numId w:val="10"/>
        </w:numPr>
      </w:pPr>
      <w:r>
        <w:t xml:space="preserve">Group members reported receiving pharmacy booking messages before invitations were issued by Hannage Brook. The practice will review the timing of next year’s communications and aim to provide information earlier. Patients are </w:t>
      </w:r>
      <w:r w:rsidR="793FE56A">
        <w:t>encouraged</w:t>
      </w:r>
      <w:r>
        <w:t xml:space="preserve"> to receive their vaccination at Hannage Brook wherever possible. Thank you to the group for this helpful feedback.</w:t>
      </w:r>
    </w:p>
    <w:p w14:paraId="6A872F6B" w14:textId="054EE08F" w:rsidR="00091706" w:rsidRDefault="00091706" w:rsidP="4BED70A7">
      <w:pPr>
        <w:spacing w:after="0"/>
        <w:rPr>
          <w:rFonts w:ascii="Arial" w:eastAsia="Arial" w:hAnsi="Arial" w:cs="Arial"/>
          <w:szCs w:val="21"/>
        </w:rPr>
      </w:pPr>
    </w:p>
    <w:p w14:paraId="5C55E3E4" w14:textId="2F7EFB6E" w:rsidR="00091706" w:rsidRDefault="00091706" w:rsidP="4BED70A7">
      <w:pPr>
        <w:pStyle w:val="ListBullet"/>
        <w:numPr>
          <w:ilvl w:val="0"/>
          <w:numId w:val="0"/>
        </w:numPr>
        <w:spacing w:after="80"/>
        <w:ind w:left="360"/>
      </w:pPr>
    </w:p>
    <w:p w14:paraId="712CCBF2" w14:textId="0196E694" w:rsidR="00091706" w:rsidRDefault="4BED70A7" w:rsidP="4BED70A7">
      <w:pPr>
        <w:pStyle w:val="Heading1"/>
      </w:pPr>
      <w:r>
        <w:t xml:space="preserve">Heidi </w:t>
      </w:r>
      <w:r w:rsidR="0782C86B">
        <w:t>AVT (Ambient Voice Technology)</w:t>
      </w:r>
    </w:p>
    <w:p w14:paraId="508CFA34" w14:textId="5DB60A77" w:rsidR="4BED70A7" w:rsidRDefault="4BED70A7" w:rsidP="4BED70A7">
      <w:pPr>
        <w:pStyle w:val="ListParagraph"/>
        <w:numPr>
          <w:ilvl w:val="0"/>
          <w:numId w:val="5"/>
        </w:numPr>
      </w:pPr>
      <w:r>
        <w:t>We will be starting to use Heidi for our clinical consultations very soon.</w:t>
      </w:r>
    </w:p>
    <w:p w14:paraId="2E1F9965" w14:textId="5140252B" w:rsidR="4BED70A7" w:rsidRDefault="4BED70A7" w:rsidP="4BED70A7">
      <w:pPr>
        <w:pStyle w:val="ListParagraph"/>
      </w:pPr>
    </w:p>
    <w:p w14:paraId="1AF1659D" w14:textId="13FFB42F" w:rsidR="4BED70A7" w:rsidRDefault="4BED70A7" w:rsidP="4BED70A7">
      <w:pPr>
        <w:pStyle w:val="ListParagraph"/>
        <w:numPr>
          <w:ilvl w:val="0"/>
          <w:numId w:val="4"/>
        </w:numPr>
      </w:pPr>
      <w:r>
        <w:t>Heidi will help clinicians prepare draft consultation notes in the background, allowing them to spend less time typing and more time focusing on the patient.</w:t>
      </w:r>
    </w:p>
    <w:p w14:paraId="49527AFF" w14:textId="1C83961E" w:rsidR="4BED70A7" w:rsidRDefault="4BED70A7" w:rsidP="4BED70A7">
      <w:pPr>
        <w:pStyle w:val="ListParagraph"/>
      </w:pPr>
    </w:p>
    <w:p w14:paraId="680032BA" w14:textId="2C689E98" w:rsidR="4BED70A7" w:rsidRDefault="4BED70A7" w:rsidP="4BED70A7">
      <w:pPr>
        <w:pStyle w:val="ListParagraph"/>
        <w:numPr>
          <w:ilvl w:val="0"/>
          <w:numId w:val="3"/>
        </w:numPr>
      </w:pPr>
      <w:r>
        <w:t>At the start of the consultation, patients will be asked for consent before Heidi is used. Choosing not to consent will not affect the care they receive.</w:t>
      </w:r>
    </w:p>
    <w:p w14:paraId="5B7F7711" w14:textId="3413C91D" w:rsidR="4BED70A7" w:rsidRDefault="4BED70A7" w:rsidP="4BED70A7">
      <w:pPr>
        <w:pStyle w:val="ListParagraph"/>
      </w:pPr>
    </w:p>
    <w:p w14:paraId="4D31E1AE" w14:textId="7F5C33FC" w:rsidR="4BED70A7" w:rsidRDefault="4BED70A7" w:rsidP="4BED70A7">
      <w:pPr>
        <w:pStyle w:val="ListParagraph"/>
        <w:numPr>
          <w:ilvl w:val="0"/>
          <w:numId w:val="2"/>
        </w:numPr>
      </w:pPr>
      <w:r>
        <w:t xml:space="preserve">We asked the group </w:t>
      </w:r>
      <w:proofErr w:type="gramStart"/>
      <w:r>
        <w:t>for</w:t>
      </w:r>
      <w:proofErr w:type="gramEnd"/>
      <w:r>
        <w:t xml:space="preserve"> their thoughts and received an overwhelmingly positive response.</w:t>
      </w:r>
    </w:p>
    <w:p w14:paraId="491F6ED4" w14:textId="021FC50B" w:rsidR="4BED70A7" w:rsidRDefault="4BED70A7" w:rsidP="4BED70A7">
      <w:pPr>
        <w:pStyle w:val="ListParagraph"/>
      </w:pPr>
    </w:p>
    <w:p w14:paraId="232ECF49" w14:textId="36F1528E" w:rsidR="4BED70A7" w:rsidRDefault="4BED70A7" w:rsidP="4BED70A7">
      <w:pPr>
        <w:pStyle w:val="ListParagraph"/>
        <w:numPr>
          <w:ilvl w:val="0"/>
          <w:numId w:val="1"/>
        </w:numPr>
      </w:pPr>
      <w:r>
        <w:t>The group also reviewed and approved the patient information poster and frequently asked questions document.</w:t>
      </w:r>
    </w:p>
    <w:p w14:paraId="69B1DFCF" w14:textId="77777777" w:rsidR="00AD19C1" w:rsidRPr="00AD19C1" w:rsidRDefault="00AD19C1" w:rsidP="00AD19C1"/>
    <w:p w14:paraId="790489EA" w14:textId="2C7D7F7C" w:rsidR="4BED70A7" w:rsidRDefault="4BED70A7" w:rsidP="4BED70A7">
      <w:pPr>
        <w:pStyle w:val="Heading1"/>
      </w:pPr>
      <w:r>
        <w:lastRenderedPageBreak/>
        <w:t>4. Agreed actions</w:t>
      </w:r>
    </w:p>
    <w:p w14:paraId="33E032AA" w14:textId="7C0A357E" w:rsidR="4BED70A7" w:rsidRDefault="4BED70A7" w:rsidP="4BED70A7"/>
    <w:p w14:paraId="04439990" w14:textId="3F3D8C80" w:rsidR="4BED70A7" w:rsidRDefault="4BED70A7" w:rsidP="4BED70A7">
      <w:pPr>
        <w:pStyle w:val="ListParagraph"/>
        <w:numPr>
          <w:ilvl w:val="0"/>
          <w:numId w:val="12"/>
        </w:numPr>
      </w:pPr>
      <w:r>
        <w:t>Issue information about the 2027 flu vaccination programme earlier in the season.</w:t>
      </w:r>
    </w:p>
    <w:p w14:paraId="14908D9C" w14:textId="1648AF2A" w:rsidR="4BED70A7" w:rsidRDefault="4BED70A7" w:rsidP="4BED70A7">
      <w:pPr>
        <w:pStyle w:val="ListParagraph"/>
        <w:ind w:left="360"/>
      </w:pPr>
    </w:p>
    <w:p w14:paraId="7666681D" w14:textId="61270CE9" w:rsidR="4BED70A7" w:rsidRDefault="4BED70A7" w:rsidP="4BED70A7">
      <w:pPr>
        <w:pStyle w:val="ListParagraph"/>
        <w:numPr>
          <w:ilvl w:val="0"/>
          <w:numId w:val="12"/>
        </w:numPr>
      </w:pPr>
      <w:r>
        <w:t xml:space="preserve">Prepare information about </w:t>
      </w:r>
      <w:proofErr w:type="gramStart"/>
      <w:r>
        <w:t>ambient</w:t>
      </w:r>
      <w:proofErr w:type="gramEnd"/>
      <w:r>
        <w:t xml:space="preserve"> voice technology and the menopause evening for the community fair on 10 November.</w:t>
      </w:r>
    </w:p>
    <w:p w14:paraId="52CF6DD5" w14:textId="6CC0DF34" w:rsidR="4BED70A7" w:rsidRDefault="4BED70A7" w:rsidP="4BED70A7">
      <w:pPr>
        <w:pStyle w:val="ListParagraph"/>
        <w:ind w:left="360"/>
      </w:pPr>
    </w:p>
    <w:p w14:paraId="5A5DA8C6" w14:textId="293EB33F" w:rsidR="4BED70A7" w:rsidRDefault="4BED70A7" w:rsidP="4BED70A7">
      <w:pPr>
        <w:pStyle w:val="ListParagraph"/>
        <w:numPr>
          <w:ilvl w:val="0"/>
          <w:numId w:val="12"/>
        </w:numPr>
      </w:pPr>
      <w:r>
        <w:t>Contact the original PPG trustees and ask them to close the bank account.</w:t>
      </w:r>
    </w:p>
    <w:p w14:paraId="4453318E" w14:textId="39E3CD3D" w:rsidR="4BED70A7" w:rsidRDefault="4BED70A7" w:rsidP="4BED70A7">
      <w:pPr>
        <w:pStyle w:val="Heading1"/>
      </w:pPr>
      <w:r>
        <w:t>5. Next meeting</w:t>
      </w:r>
    </w:p>
    <w:p w14:paraId="31908FB0" w14:textId="77777777" w:rsidR="00AD19C1" w:rsidRPr="00AD19C1" w:rsidRDefault="00AD19C1" w:rsidP="00AD19C1"/>
    <w:p w14:paraId="44298ADE" w14:textId="3AC70AA9" w:rsidR="4BED70A7" w:rsidRDefault="4BED70A7" w:rsidP="4BED70A7">
      <w:r>
        <w:t>The next meeting will be held in early 2027. The date will be confirmed.</w:t>
      </w:r>
    </w:p>
    <w:p w14:paraId="25965B76" w14:textId="55B864B3" w:rsidR="00091706" w:rsidRDefault="00091706">
      <w:pPr>
        <w:spacing w:before="200"/>
      </w:pPr>
    </w:p>
    <w:sectPr w:rsidR="00091706" w:rsidSect="00034616">
      <w:footerReference w:type="default" r:id="rId11"/>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146E1" w14:textId="77777777" w:rsidR="006E55B0" w:rsidRDefault="006E55B0">
      <w:pPr>
        <w:spacing w:after="0" w:line="240" w:lineRule="auto"/>
      </w:pPr>
      <w:r>
        <w:separator/>
      </w:r>
    </w:p>
  </w:endnote>
  <w:endnote w:type="continuationSeparator" w:id="0">
    <w:p w14:paraId="4F815191" w14:textId="77777777" w:rsidR="006E55B0" w:rsidRDefault="006E5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3985" w14:textId="77777777" w:rsidR="00091706" w:rsidRDefault="00322429">
    <w:pPr>
      <w:pStyle w:val="Footer"/>
      <w:jc w:val="center"/>
    </w:pPr>
    <w:r>
      <w:rPr>
        <w:color w:val="787878"/>
        <w:sz w:val="16"/>
      </w:rPr>
      <w:t>Meeting minutes transcription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E7F97" w14:textId="77777777" w:rsidR="006E55B0" w:rsidRDefault="006E55B0">
      <w:pPr>
        <w:spacing w:after="0" w:line="240" w:lineRule="auto"/>
      </w:pPr>
      <w:r>
        <w:separator/>
      </w:r>
    </w:p>
  </w:footnote>
  <w:footnote w:type="continuationSeparator" w:id="0">
    <w:p w14:paraId="600DD605" w14:textId="77777777" w:rsidR="006E55B0" w:rsidRDefault="006E55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EA16B"/>
    <w:multiLevelType w:val="hybridMultilevel"/>
    <w:tmpl w:val="C34A8B30"/>
    <w:lvl w:ilvl="0" w:tplc="52F4F29C">
      <w:start w:val="1"/>
      <w:numFmt w:val="bullet"/>
      <w:lvlText w:val=""/>
      <w:lvlJc w:val="left"/>
      <w:pPr>
        <w:ind w:left="720" w:hanging="360"/>
      </w:pPr>
      <w:rPr>
        <w:rFonts w:ascii="Symbol" w:hAnsi="Symbol" w:hint="default"/>
      </w:rPr>
    </w:lvl>
    <w:lvl w:ilvl="1" w:tplc="12780BA2">
      <w:start w:val="1"/>
      <w:numFmt w:val="bullet"/>
      <w:lvlText w:val="o"/>
      <w:lvlJc w:val="left"/>
      <w:pPr>
        <w:ind w:left="1440" w:hanging="360"/>
      </w:pPr>
      <w:rPr>
        <w:rFonts w:ascii="Courier New" w:hAnsi="Courier New" w:hint="default"/>
      </w:rPr>
    </w:lvl>
    <w:lvl w:ilvl="2" w:tplc="AA341E28">
      <w:start w:val="1"/>
      <w:numFmt w:val="bullet"/>
      <w:lvlText w:val=""/>
      <w:lvlJc w:val="left"/>
      <w:pPr>
        <w:ind w:left="2160" w:hanging="360"/>
      </w:pPr>
      <w:rPr>
        <w:rFonts w:ascii="Wingdings" w:hAnsi="Wingdings" w:hint="default"/>
      </w:rPr>
    </w:lvl>
    <w:lvl w:ilvl="3" w:tplc="3140AAD2">
      <w:start w:val="1"/>
      <w:numFmt w:val="bullet"/>
      <w:lvlText w:val=""/>
      <w:lvlJc w:val="left"/>
      <w:pPr>
        <w:ind w:left="2880" w:hanging="360"/>
      </w:pPr>
      <w:rPr>
        <w:rFonts w:ascii="Symbol" w:hAnsi="Symbol" w:hint="default"/>
      </w:rPr>
    </w:lvl>
    <w:lvl w:ilvl="4" w:tplc="B26EBA5A">
      <w:start w:val="1"/>
      <w:numFmt w:val="bullet"/>
      <w:lvlText w:val="o"/>
      <w:lvlJc w:val="left"/>
      <w:pPr>
        <w:ind w:left="3600" w:hanging="360"/>
      </w:pPr>
      <w:rPr>
        <w:rFonts w:ascii="Courier New" w:hAnsi="Courier New" w:hint="default"/>
      </w:rPr>
    </w:lvl>
    <w:lvl w:ilvl="5" w:tplc="80805650">
      <w:start w:val="1"/>
      <w:numFmt w:val="bullet"/>
      <w:lvlText w:val=""/>
      <w:lvlJc w:val="left"/>
      <w:pPr>
        <w:ind w:left="4320" w:hanging="360"/>
      </w:pPr>
      <w:rPr>
        <w:rFonts w:ascii="Wingdings" w:hAnsi="Wingdings" w:hint="default"/>
      </w:rPr>
    </w:lvl>
    <w:lvl w:ilvl="6" w:tplc="B42EDE32">
      <w:start w:val="1"/>
      <w:numFmt w:val="bullet"/>
      <w:lvlText w:val=""/>
      <w:lvlJc w:val="left"/>
      <w:pPr>
        <w:ind w:left="5040" w:hanging="360"/>
      </w:pPr>
      <w:rPr>
        <w:rFonts w:ascii="Symbol" w:hAnsi="Symbol" w:hint="default"/>
      </w:rPr>
    </w:lvl>
    <w:lvl w:ilvl="7" w:tplc="CDAA7C7A">
      <w:start w:val="1"/>
      <w:numFmt w:val="bullet"/>
      <w:lvlText w:val="o"/>
      <w:lvlJc w:val="left"/>
      <w:pPr>
        <w:ind w:left="5760" w:hanging="360"/>
      </w:pPr>
      <w:rPr>
        <w:rFonts w:ascii="Courier New" w:hAnsi="Courier New" w:hint="default"/>
      </w:rPr>
    </w:lvl>
    <w:lvl w:ilvl="8" w:tplc="F81E320E">
      <w:start w:val="1"/>
      <w:numFmt w:val="bullet"/>
      <w:lvlText w:val=""/>
      <w:lvlJc w:val="left"/>
      <w:pPr>
        <w:ind w:left="6480" w:hanging="360"/>
      </w:pPr>
      <w:rPr>
        <w:rFonts w:ascii="Wingdings" w:hAnsi="Wingdings" w:hint="default"/>
      </w:rPr>
    </w:lvl>
  </w:abstractNum>
  <w:abstractNum w:abstractNumId="10" w15:restartNumberingAfterBreak="0">
    <w:nsid w:val="0844A749"/>
    <w:multiLevelType w:val="hybridMultilevel"/>
    <w:tmpl w:val="862A590A"/>
    <w:lvl w:ilvl="0" w:tplc="43ACAB92">
      <w:start w:val="1"/>
      <w:numFmt w:val="bullet"/>
      <w:lvlText w:val=""/>
      <w:lvlJc w:val="left"/>
      <w:pPr>
        <w:ind w:left="720" w:hanging="360"/>
      </w:pPr>
      <w:rPr>
        <w:rFonts w:ascii="Symbol" w:hAnsi="Symbol" w:hint="default"/>
      </w:rPr>
    </w:lvl>
    <w:lvl w:ilvl="1" w:tplc="928EDDF6">
      <w:start w:val="1"/>
      <w:numFmt w:val="bullet"/>
      <w:lvlText w:val="o"/>
      <w:lvlJc w:val="left"/>
      <w:pPr>
        <w:ind w:left="1440" w:hanging="360"/>
      </w:pPr>
      <w:rPr>
        <w:rFonts w:ascii="Courier New" w:hAnsi="Courier New" w:hint="default"/>
      </w:rPr>
    </w:lvl>
    <w:lvl w:ilvl="2" w:tplc="BC3E0964">
      <w:start w:val="1"/>
      <w:numFmt w:val="bullet"/>
      <w:lvlText w:val=""/>
      <w:lvlJc w:val="left"/>
      <w:pPr>
        <w:ind w:left="2160" w:hanging="360"/>
      </w:pPr>
      <w:rPr>
        <w:rFonts w:ascii="Wingdings" w:hAnsi="Wingdings" w:hint="default"/>
      </w:rPr>
    </w:lvl>
    <w:lvl w:ilvl="3" w:tplc="95B84164">
      <w:start w:val="1"/>
      <w:numFmt w:val="bullet"/>
      <w:lvlText w:val=""/>
      <w:lvlJc w:val="left"/>
      <w:pPr>
        <w:ind w:left="2880" w:hanging="360"/>
      </w:pPr>
      <w:rPr>
        <w:rFonts w:ascii="Symbol" w:hAnsi="Symbol" w:hint="default"/>
      </w:rPr>
    </w:lvl>
    <w:lvl w:ilvl="4" w:tplc="FC723A10">
      <w:start w:val="1"/>
      <w:numFmt w:val="bullet"/>
      <w:lvlText w:val="o"/>
      <w:lvlJc w:val="left"/>
      <w:pPr>
        <w:ind w:left="3600" w:hanging="360"/>
      </w:pPr>
      <w:rPr>
        <w:rFonts w:ascii="Courier New" w:hAnsi="Courier New" w:hint="default"/>
      </w:rPr>
    </w:lvl>
    <w:lvl w:ilvl="5" w:tplc="DADCCB32">
      <w:start w:val="1"/>
      <w:numFmt w:val="bullet"/>
      <w:lvlText w:val=""/>
      <w:lvlJc w:val="left"/>
      <w:pPr>
        <w:ind w:left="4320" w:hanging="360"/>
      </w:pPr>
      <w:rPr>
        <w:rFonts w:ascii="Wingdings" w:hAnsi="Wingdings" w:hint="default"/>
      </w:rPr>
    </w:lvl>
    <w:lvl w:ilvl="6" w:tplc="EA3C9E1A">
      <w:start w:val="1"/>
      <w:numFmt w:val="bullet"/>
      <w:lvlText w:val=""/>
      <w:lvlJc w:val="left"/>
      <w:pPr>
        <w:ind w:left="5040" w:hanging="360"/>
      </w:pPr>
      <w:rPr>
        <w:rFonts w:ascii="Symbol" w:hAnsi="Symbol" w:hint="default"/>
      </w:rPr>
    </w:lvl>
    <w:lvl w:ilvl="7" w:tplc="E6329A64">
      <w:start w:val="1"/>
      <w:numFmt w:val="bullet"/>
      <w:lvlText w:val="o"/>
      <w:lvlJc w:val="left"/>
      <w:pPr>
        <w:ind w:left="5760" w:hanging="360"/>
      </w:pPr>
      <w:rPr>
        <w:rFonts w:ascii="Courier New" w:hAnsi="Courier New" w:hint="default"/>
      </w:rPr>
    </w:lvl>
    <w:lvl w:ilvl="8" w:tplc="54F82AB8">
      <w:start w:val="1"/>
      <w:numFmt w:val="bullet"/>
      <w:lvlText w:val=""/>
      <w:lvlJc w:val="left"/>
      <w:pPr>
        <w:ind w:left="6480" w:hanging="360"/>
      </w:pPr>
      <w:rPr>
        <w:rFonts w:ascii="Wingdings" w:hAnsi="Wingdings" w:hint="default"/>
      </w:rPr>
    </w:lvl>
  </w:abstractNum>
  <w:abstractNum w:abstractNumId="11" w15:restartNumberingAfterBreak="0">
    <w:nsid w:val="085BDC70"/>
    <w:multiLevelType w:val="hybridMultilevel"/>
    <w:tmpl w:val="2C36591A"/>
    <w:lvl w:ilvl="0" w:tplc="A16A0AE2">
      <w:start w:val="1"/>
      <w:numFmt w:val="bullet"/>
      <w:lvlText w:val=""/>
      <w:lvlJc w:val="left"/>
      <w:pPr>
        <w:ind w:left="720" w:hanging="360"/>
      </w:pPr>
      <w:rPr>
        <w:rFonts w:ascii="Symbol" w:hAnsi="Symbol" w:hint="default"/>
      </w:rPr>
    </w:lvl>
    <w:lvl w:ilvl="1" w:tplc="02D85FAE">
      <w:start w:val="1"/>
      <w:numFmt w:val="bullet"/>
      <w:lvlText w:val="o"/>
      <w:lvlJc w:val="left"/>
      <w:pPr>
        <w:ind w:left="1440" w:hanging="360"/>
      </w:pPr>
      <w:rPr>
        <w:rFonts w:ascii="Courier New" w:hAnsi="Courier New" w:hint="default"/>
      </w:rPr>
    </w:lvl>
    <w:lvl w:ilvl="2" w:tplc="1FD81540">
      <w:start w:val="1"/>
      <w:numFmt w:val="bullet"/>
      <w:lvlText w:val=""/>
      <w:lvlJc w:val="left"/>
      <w:pPr>
        <w:ind w:left="2160" w:hanging="360"/>
      </w:pPr>
      <w:rPr>
        <w:rFonts w:ascii="Wingdings" w:hAnsi="Wingdings" w:hint="default"/>
      </w:rPr>
    </w:lvl>
    <w:lvl w:ilvl="3" w:tplc="98CC4BF6">
      <w:start w:val="1"/>
      <w:numFmt w:val="bullet"/>
      <w:lvlText w:val=""/>
      <w:lvlJc w:val="left"/>
      <w:pPr>
        <w:ind w:left="2880" w:hanging="360"/>
      </w:pPr>
      <w:rPr>
        <w:rFonts w:ascii="Symbol" w:hAnsi="Symbol" w:hint="default"/>
      </w:rPr>
    </w:lvl>
    <w:lvl w:ilvl="4" w:tplc="A03C9AE4">
      <w:start w:val="1"/>
      <w:numFmt w:val="bullet"/>
      <w:lvlText w:val="o"/>
      <w:lvlJc w:val="left"/>
      <w:pPr>
        <w:ind w:left="3600" w:hanging="360"/>
      </w:pPr>
      <w:rPr>
        <w:rFonts w:ascii="Courier New" w:hAnsi="Courier New" w:hint="default"/>
      </w:rPr>
    </w:lvl>
    <w:lvl w:ilvl="5" w:tplc="CC66E8B4">
      <w:start w:val="1"/>
      <w:numFmt w:val="bullet"/>
      <w:lvlText w:val=""/>
      <w:lvlJc w:val="left"/>
      <w:pPr>
        <w:ind w:left="4320" w:hanging="360"/>
      </w:pPr>
      <w:rPr>
        <w:rFonts w:ascii="Wingdings" w:hAnsi="Wingdings" w:hint="default"/>
      </w:rPr>
    </w:lvl>
    <w:lvl w:ilvl="6" w:tplc="C1C2E8F6">
      <w:start w:val="1"/>
      <w:numFmt w:val="bullet"/>
      <w:lvlText w:val=""/>
      <w:lvlJc w:val="left"/>
      <w:pPr>
        <w:ind w:left="5040" w:hanging="360"/>
      </w:pPr>
      <w:rPr>
        <w:rFonts w:ascii="Symbol" w:hAnsi="Symbol" w:hint="default"/>
      </w:rPr>
    </w:lvl>
    <w:lvl w:ilvl="7" w:tplc="A5FC5400">
      <w:start w:val="1"/>
      <w:numFmt w:val="bullet"/>
      <w:lvlText w:val="o"/>
      <w:lvlJc w:val="left"/>
      <w:pPr>
        <w:ind w:left="5760" w:hanging="360"/>
      </w:pPr>
      <w:rPr>
        <w:rFonts w:ascii="Courier New" w:hAnsi="Courier New" w:hint="default"/>
      </w:rPr>
    </w:lvl>
    <w:lvl w:ilvl="8" w:tplc="F9664BC4">
      <w:start w:val="1"/>
      <w:numFmt w:val="bullet"/>
      <w:lvlText w:val=""/>
      <w:lvlJc w:val="left"/>
      <w:pPr>
        <w:ind w:left="6480" w:hanging="360"/>
      </w:pPr>
      <w:rPr>
        <w:rFonts w:ascii="Wingdings" w:hAnsi="Wingdings" w:hint="default"/>
      </w:rPr>
    </w:lvl>
  </w:abstractNum>
  <w:abstractNum w:abstractNumId="12" w15:restartNumberingAfterBreak="0">
    <w:nsid w:val="0876C2BD"/>
    <w:multiLevelType w:val="hybridMultilevel"/>
    <w:tmpl w:val="527830D2"/>
    <w:lvl w:ilvl="0" w:tplc="3B34AF02">
      <w:start w:val="1"/>
      <w:numFmt w:val="bullet"/>
      <w:lvlText w:val=""/>
      <w:lvlJc w:val="left"/>
      <w:pPr>
        <w:ind w:left="720" w:hanging="360"/>
      </w:pPr>
      <w:rPr>
        <w:rFonts w:ascii="Symbol" w:hAnsi="Symbol" w:hint="default"/>
      </w:rPr>
    </w:lvl>
    <w:lvl w:ilvl="1" w:tplc="86F2535C">
      <w:start w:val="1"/>
      <w:numFmt w:val="bullet"/>
      <w:lvlText w:val="o"/>
      <w:lvlJc w:val="left"/>
      <w:pPr>
        <w:ind w:left="1440" w:hanging="360"/>
      </w:pPr>
      <w:rPr>
        <w:rFonts w:ascii="Courier New" w:hAnsi="Courier New" w:hint="default"/>
      </w:rPr>
    </w:lvl>
    <w:lvl w:ilvl="2" w:tplc="492A5D8C">
      <w:start w:val="1"/>
      <w:numFmt w:val="bullet"/>
      <w:lvlText w:val=""/>
      <w:lvlJc w:val="left"/>
      <w:pPr>
        <w:ind w:left="2160" w:hanging="360"/>
      </w:pPr>
      <w:rPr>
        <w:rFonts w:ascii="Wingdings" w:hAnsi="Wingdings" w:hint="default"/>
      </w:rPr>
    </w:lvl>
    <w:lvl w:ilvl="3" w:tplc="3A44C06A">
      <w:start w:val="1"/>
      <w:numFmt w:val="bullet"/>
      <w:lvlText w:val=""/>
      <w:lvlJc w:val="left"/>
      <w:pPr>
        <w:ind w:left="2880" w:hanging="360"/>
      </w:pPr>
      <w:rPr>
        <w:rFonts w:ascii="Symbol" w:hAnsi="Symbol" w:hint="default"/>
      </w:rPr>
    </w:lvl>
    <w:lvl w:ilvl="4" w:tplc="3EFCA312">
      <w:start w:val="1"/>
      <w:numFmt w:val="bullet"/>
      <w:lvlText w:val="o"/>
      <w:lvlJc w:val="left"/>
      <w:pPr>
        <w:ind w:left="3600" w:hanging="360"/>
      </w:pPr>
      <w:rPr>
        <w:rFonts w:ascii="Courier New" w:hAnsi="Courier New" w:hint="default"/>
      </w:rPr>
    </w:lvl>
    <w:lvl w:ilvl="5" w:tplc="75D04D08">
      <w:start w:val="1"/>
      <w:numFmt w:val="bullet"/>
      <w:lvlText w:val=""/>
      <w:lvlJc w:val="left"/>
      <w:pPr>
        <w:ind w:left="4320" w:hanging="360"/>
      </w:pPr>
      <w:rPr>
        <w:rFonts w:ascii="Wingdings" w:hAnsi="Wingdings" w:hint="default"/>
      </w:rPr>
    </w:lvl>
    <w:lvl w:ilvl="6" w:tplc="AE14E622">
      <w:start w:val="1"/>
      <w:numFmt w:val="bullet"/>
      <w:lvlText w:val=""/>
      <w:lvlJc w:val="left"/>
      <w:pPr>
        <w:ind w:left="5040" w:hanging="360"/>
      </w:pPr>
      <w:rPr>
        <w:rFonts w:ascii="Symbol" w:hAnsi="Symbol" w:hint="default"/>
      </w:rPr>
    </w:lvl>
    <w:lvl w:ilvl="7" w:tplc="2FAC288C">
      <w:start w:val="1"/>
      <w:numFmt w:val="bullet"/>
      <w:lvlText w:val="o"/>
      <w:lvlJc w:val="left"/>
      <w:pPr>
        <w:ind w:left="5760" w:hanging="360"/>
      </w:pPr>
      <w:rPr>
        <w:rFonts w:ascii="Courier New" w:hAnsi="Courier New" w:hint="default"/>
      </w:rPr>
    </w:lvl>
    <w:lvl w:ilvl="8" w:tplc="F274E33E">
      <w:start w:val="1"/>
      <w:numFmt w:val="bullet"/>
      <w:lvlText w:val=""/>
      <w:lvlJc w:val="left"/>
      <w:pPr>
        <w:ind w:left="6480" w:hanging="360"/>
      </w:pPr>
      <w:rPr>
        <w:rFonts w:ascii="Wingdings" w:hAnsi="Wingdings" w:hint="default"/>
      </w:rPr>
    </w:lvl>
  </w:abstractNum>
  <w:abstractNum w:abstractNumId="13" w15:restartNumberingAfterBreak="0">
    <w:nsid w:val="092D349A"/>
    <w:multiLevelType w:val="hybridMultilevel"/>
    <w:tmpl w:val="8684E094"/>
    <w:lvl w:ilvl="0" w:tplc="3182BA28">
      <w:start w:val="1"/>
      <w:numFmt w:val="bullet"/>
      <w:lvlText w:val=""/>
      <w:lvlJc w:val="left"/>
      <w:pPr>
        <w:ind w:left="720" w:hanging="360"/>
      </w:pPr>
      <w:rPr>
        <w:rFonts w:ascii="Symbol" w:hAnsi="Symbol" w:hint="default"/>
      </w:rPr>
    </w:lvl>
    <w:lvl w:ilvl="1" w:tplc="02085162">
      <w:start w:val="1"/>
      <w:numFmt w:val="bullet"/>
      <w:lvlText w:val="o"/>
      <w:lvlJc w:val="left"/>
      <w:pPr>
        <w:ind w:left="1440" w:hanging="360"/>
      </w:pPr>
      <w:rPr>
        <w:rFonts w:ascii="Courier New" w:hAnsi="Courier New" w:hint="default"/>
      </w:rPr>
    </w:lvl>
    <w:lvl w:ilvl="2" w:tplc="756405D8">
      <w:start w:val="1"/>
      <w:numFmt w:val="bullet"/>
      <w:lvlText w:val=""/>
      <w:lvlJc w:val="left"/>
      <w:pPr>
        <w:ind w:left="2160" w:hanging="360"/>
      </w:pPr>
      <w:rPr>
        <w:rFonts w:ascii="Wingdings" w:hAnsi="Wingdings" w:hint="default"/>
      </w:rPr>
    </w:lvl>
    <w:lvl w:ilvl="3" w:tplc="9FD684D4">
      <w:start w:val="1"/>
      <w:numFmt w:val="bullet"/>
      <w:lvlText w:val=""/>
      <w:lvlJc w:val="left"/>
      <w:pPr>
        <w:ind w:left="2880" w:hanging="360"/>
      </w:pPr>
      <w:rPr>
        <w:rFonts w:ascii="Symbol" w:hAnsi="Symbol" w:hint="default"/>
      </w:rPr>
    </w:lvl>
    <w:lvl w:ilvl="4" w:tplc="3D6A8E5C">
      <w:start w:val="1"/>
      <w:numFmt w:val="bullet"/>
      <w:lvlText w:val="o"/>
      <w:lvlJc w:val="left"/>
      <w:pPr>
        <w:ind w:left="3600" w:hanging="360"/>
      </w:pPr>
      <w:rPr>
        <w:rFonts w:ascii="Courier New" w:hAnsi="Courier New" w:hint="default"/>
      </w:rPr>
    </w:lvl>
    <w:lvl w:ilvl="5" w:tplc="DF428890">
      <w:start w:val="1"/>
      <w:numFmt w:val="bullet"/>
      <w:lvlText w:val=""/>
      <w:lvlJc w:val="left"/>
      <w:pPr>
        <w:ind w:left="4320" w:hanging="360"/>
      </w:pPr>
      <w:rPr>
        <w:rFonts w:ascii="Wingdings" w:hAnsi="Wingdings" w:hint="default"/>
      </w:rPr>
    </w:lvl>
    <w:lvl w:ilvl="6" w:tplc="7F36BEB6">
      <w:start w:val="1"/>
      <w:numFmt w:val="bullet"/>
      <w:lvlText w:val=""/>
      <w:lvlJc w:val="left"/>
      <w:pPr>
        <w:ind w:left="5040" w:hanging="360"/>
      </w:pPr>
      <w:rPr>
        <w:rFonts w:ascii="Symbol" w:hAnsi="Symbol" w:hint="default"/>
      </w:rPr>
    </w:lvl>
    <w:lvl w:ilvl="7" w:tplc="C17437F8">
      <w:start w:val="1"/>
      <w:numFmt w:val="bullet"/>
      <w:lvlText w:val="o"/>
      <w:lvlJc w:val="left"/>
      <w:pPr>
        <w:ind w:left="5760" w:hanging="360"/>
      </w:pPr>
      <w:rPr>
        <w:rFonts w:ascii="Courier New" w:hAnsi="Courier New" w:hint="default"/>
      </w:rPr>
    </w:lvl>
    <w:lvl w:ilvl="8" w:tplc="921E18F6">
      <w:start w:val="1"/>
      <w:numFmt w:val="bullet"/>
      <w:lvlText w:val=""/>
      <w:lvlJc w:val="left"/>
      <w:pPr>
        <w:ind w:left="6480" w:hanging="360"/>
      </w:pPr>
      <w:rPr>
        <w:rFonts w:ascii="Wingdings" w:hAnsi="Wingdings" w:hint="default"/>
      </w:rPr>
    </w:lvl>
  </w:abstractNum>
  <w:abstractNum w:abstractNumId="14" w15:restartNumberingAfterBreak="0">
    <w:nsid w:val="0D615C02"/>
    <w:multiLevelType w:val="hybridMultilevel"/>
    <w:tmpl w:val="6CE053D2"/>
    <w:lvl w:ilvl="0" w:tplc="315262AC">
      <w:start w:val="1"/>
      <w:numFmt w:val="bullet"/>
      <w:lvlText w:val=""/>
      <w:lvlJc w:val="left"/>
      <w:pPr>
        <w:ind w:left="720" w:hanging="360"/>
      </w:pPr>
      <w:rPr>
        <w:rFonts w:ascii="Symbol" w:hAnsi="Symbol" w:hint="default"/>
      </w:rPr>
    </w:lvl>
    <w:lvl w:ilvl="1" w:tplc="FD10136C">
      <w:start w:val="1"/>
      <w:numFmt w:val="bullet"/>
      <w:lvlText w:val="o"/>
      <w:lvlJc w:val="left"/>
      <w:pPr>
        <w:ind w:left="1440" w:hanging="360"/>
      </w:pPr>
      <w:rPr>
        <w:rFonts w:ascii="Courier New" w:hAnsi="Courier New" w:hint="default"/>
      </w:rPr>
    </w:lvl>
    <w:lvl w:ilvl="2" w:tplc="618C9E4C">
      <w:start w:val="1"/>
      <w:numFmt w:val="bullet"/>
      <w:lvlText w:val=""/>
      <w:lvlJc w:val="left"/>
      <w:pPr>
        <w:ind w:left="2160" w:hanging="360"/>
      </w:pPr>
      <w:rPr>
        <w:rFonts w:ascii="Wingdings" w:hAnsi="Wingdings" w:hint="default"/>
      </w:rPr>
    </w:lvl>
    <w:lvl w:ilvl="3" w:tplc="4874DC80">
      <w:start w:val="1"/>
      <w:numFmt w:val="bullet"/>
      <w:lvlText w:val=""/>
      <w:lvlJc w:val="left"/>
      <w:pPr>
        <w:ind w:left="2880" w:hanging="360"/>
      </w:pPr>
      <w:rPr>
        <w:rFonts w:ascii="Symbol" w:hAnsi="Symbol" w:hint="default"/>
      </w:rPr>
    </w:lvl>
    <w:lvl w:ilvl="4" w:tplc="C2802B5C">
      <w:start w:val="1"/>
      <w:numFmt w:val="bullet"/>
      <w:lvlText w:val="o"/>
      <w:lvlJc w:val="left"/>
      <w:pPr>
        <w:ind w:left="3600" w:hanging="360"/>
      </w:pPr>
      <w:rPr>
        <w:rFonts w:ascii="Courier New" w:hAnsi="Courier New" w:hint="default"/>
      </w:rPr>
    </w:lvl>
    <w:lvl w:ilvl="5" w:tplc="CC9ABFFA">
      <w:start w:val="1"/>
      <w:numFmt w:val="bullet"/>
      <w:lvlText w:val=""/>
      <w:lvlJc w:val="left"/>
      <w:pPr>
        <w:ind w:left="4320" w:hanging="360"/>
      </w:pPr>
      <w:rPr>
        <w:rFonts w:ascii="Wingdings" w:hAnsi="Wingdings" w:hint="default"/>
      </w:rPr>
    </w:lvl>
    <w:lvl w:ilvl="6" w:tplc="4CDE41B0">
      <w:start w:val="1"/>
      <w:numFmt w:val="bullet"/>
      <w:lvlText w:val=""/>
      <w:lvlJc w:val="left"/>
      <w:pPr>
        <w:ind w:left="5040" w:hanging="360"/>
      </w:pPr>
      <w:rPr>
        <w:rFonts w:ascii="Symbol" w:hAnsi="Symbol" w:hint="default"/>
      </w:rPr>
    </w:lvl>
    <w:lvl w:ilvl="7" w:tplc="823EF4FC">
      <w:start w:val="1"/>
      <w:numFmt w:val="bullet"/>
      <w:lvlText w:val="o"/>
      <w:lvlJc w:val="left"/>
      <w:pPr>
        <w:ind w:left="5760" w:hanging="360"/>
      </w:pPr>
      <w:rPr>
        <w:rFonts w:ascii="Courier New" w:hAnsi="Courier New" w:hint="default"/>
      </w:rPr>
    </w:lvl>
    <w:lvl w:ilvl="8" w:tplc="268A0680">
      <w:start w:val="1"/>
      <w:numFmt w:val="bullet"/>
      <w:lvlText w:val=""/>
      <w:lvlJc w:val="left"/>
      <w:pPr>
        <w:ind w:left="6480" w:hanging="360"/>
      </w:pPr>
      <w:rPr>
        <w:rFonts w:ascii="Wingdings" w:hAnsi="Wingdings" w:hint="default"/>
      </w:rPr>
    </w:lvl>
  </w:abstractNum>
  <w:abstractNum w:abstractNumId="15" w15:restartNumberingAfterBreak="0">
    <w:nsid w:val="10DA203E"/>
    <w:multiLevelType w:val="hybridMultilevel"/>
    <w:tmpl w:val="51BCF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3FC73C"/>
    <w:multiLevelType w:val="hybridMultilevel"/>
    <w:tmpl w:val="BE10FE30"/>
    <w:lvl w:ilvl="0" w:tplc="2B06E62E">
      <w:start w:val="1"/>
      <w:numFmt w:val="bullet"/>
      <w:lvlText w:val=""/>
      <w:lvlJc w:val="left"/>
      <w:pPr>
        <w:ind w:left="360" w:hanging="360"/>
      </w:pPr>
      <w:rPr>
        <w:rFonts w:ascii="Symbol" w:hAnsi="Symbol" w:hint="default"/>
      </w:rPr>
    </w:lvl>
    <w:lvl w:ilvl="1" w:tplc="35B4BD72">
      <w:start w:val="1"/>
      <w:numFmt w:val="bullet"/>
      <w:lvlText w:val="o"/>
      <w:lvlJc w:val="left"/>
      <w:pPr>
        <w:ind w:left="1080" w:hanging="360"/>
      </w:pPr>
      <w:rPr>
        <w:rFonts w:ascii="Courier New" w:hAnsi="Courier New" w:hint="default"/>
      </w:rPr>
    </w:lvl>
    <w:lvl w:ilvl="2" w:tplc="3A286C66">
      <w:start w:val="1"/>
      <w:numFmt w:val="bullet"/>
      <w:lvlText w:val=""/>
      <w:lvlJc w:val="left"/>
      <w:pPr>
        <w:ind w:left="1800" w:hanging="360"/>
      </w:pPr>
      <w:rPr>
        <w:rFonts w:ascii="Wingdings" w:hAnsi="Wingdings" w:hint="default"/>
      </w:rPr>
    </w:lvl>
    <w:lvl w:ilvl="3" w:tplc="23F2811E">
      <w:start w:val="1"/>
      <w:numFmt w:val="bullet"/>
      <w:lvlText w:val=""/>
      <w:lvlJc w:val="left"/>
      <w:pPr>
        <w:ind w:left="2520" w:hanging="360"/>
      </w:pPr>
      <w:rPr>
        <w:rFonts w:ascii="Symbol" w:hAnsi="Symbol" w:hint="default"/>
      </w:rPr>
    </w:lvl>
    <w:lvl w:ilvl="4" w:tplc="D7DCB54A">
      <w:start w:val="1"/>
      <w:numFmt w:val="bullet"/>
      <w:lvlText w:val="o"/>
      <w:lvlJc w:val="left"/>
      <w:pPr>
        <w:ind w:left="3240" w:hanging="360"/>
      </w:pPr>
      <w:rPr>
        <w:rFonts w:ascii="Courier New" w:hAnsi="Courier New" w:hint="default"/>
      </w:rPr>
    </w:lvl>
    <w:lvl w:ilvl="5" w:tplc="57084746">
      <w:start w:val="1"/>
      <w:numFmt w:val="bullet"/>
      <w:lvlText w:val=""/>
      <w:lvlJc w:val="left"/>
      <w:pPr>
        <w:ind w:left="3960" w:hanging="360"/>
      </w:pPr>
      <w:rPr>
        <w:rFonts w:ascii="Wingdings" w:hAnsi="Wingdings" w:hint="default"/>
      </w:rPr>
    </w:lvl>
    <w:lvl w:ilvl="6" w:tplc="950A2FDC">
      <w:start w:val="1"/>
      <w:numFmt w:val="bullet"/>
      <w:lvlText w:val=""/>
      <w:lvlJc w:val="left"/>
      <w:pPr>
        <w:ind w:left="4680" w:hanging="360"/>
      </w:pPr>
      <w:rPr>
        <w:rFonts w:ascii="Symbol" w:hAnsi="Symbol" w:hint="default"/>
      </w:rPr>
    </w:lvl>
    <w:lvl w:ilvl="7" w:tplc="8EEA4338">
      <w:start w:val="1"/>
      <w:numFmt w:val="bullet"/>
      <w:lvlText w:val="o"/>
      <w:lvlJc w:val="left"/>
      <w:pPr>
        <w:ind w:left="5400" w:hanging="360"/>
      </w:pPr>
      <w:rPr>
        <w:rFonts w:ascii="Courier New" w:hAnsi="Courier New" w:hint="default"/>
      </w:rPr>
    </w:lvl>
    <w:lvl w:ilvl="8" w:tplc="35EABCF2">
      <w:start w:val="1"/>
      <w:numFmt w:val="bullet"/>
      <w:lvlText w:val=""/>
      <w:lvlJc w:val="left"/>
      <w:pPr>
        <w:ind w:left="6120" w:hanging="360"/>
      </w:pPr>
      <w:rPr>
        <w:rFonts w:ascii="Wingdings" w:hAnsi="Wingdings" w:hint="default"/>
      </w:rPr>
    </w:lvl>
  </w:abstractNum>
  <w:abstractNum w:abstractNumId="17" w15:restartNumberingAfterBreak="0">
    <w:nsid w:val="2B741EB4"/>
    <w:multiLevelType w:val="hybridMultilevel"/>
    <w:tmpl w:val="3A52D63A"/>
    <w:lvl w:ilvl="0" w:tplc="F4261664">
      <w:start w:val="1"/>
      <w:numFmt w:val="bullet"/>
      <w:lvlText w:val=""/>
      <w:lvlJc w:val="left"/>
      <w:pPr>
        <w:ind w:left="360" w:hanging="360"/>
      </w:pPr>
      <w:rPr>
        <w:rFonts w:ascii="Symbol" w:hAnsi="Symbol" w:hint="default"/>
      </w:rPr>
    </w:lvl>
    <w:lvl w:ilvl="1" w:tplc="465CC3F6">
      <w:start w:val="1"/>
      <w:numFmt w:val="bullet"/>
      <w:lvlText w:val="o"/>
      <w:lvlJc w:val="left"/>
      <w:pPr>
        <w:ind w:left="1080" w:hanging="360"/>
      </w:pPr>
      <w:rPr>
        <w:rFonts w:ascii="Courier New" w:hAnsi="Courier New" w:hint="default"/>
      </w:rPr>
    </w:lvl>
    <w:lvl w:ilvl="2" w:tplc="4E28DDB8">
      <w:start w:val="1"/>
      <w:numFmt w:val="bullet"/>
      <w:lvlText w:val=""/>
      <w:lvlJc w:val="left"/>
      <w:pPr>
        <w:ind w:left="1800" w:hanging="360"/>
      </w:pPr>
      <w:rPr>
        <w:rFonts w:ascii="Wingdings" w:hAnsi="Wingdings" w:hint="default"/>
      </w:rPr>
    </w:lvl>
    <w:lvl w:ilvl="3" w:tplc="752CB276">
      <w:start w:val="1"/>
      <w:numFmt w:val="bullet"/>
      <w:lvlText w:val=""/>
      <w:lvlJc w:val="left"/>
      <w:pPr>
        <w:ind w:left="2520" w:hanging="360"/>
      </w:pPr>
      <w:rPr>
        <w:rFonts w:ascii="Symbol" w:hAnsi="Symbol" w:hint="default"/>
      </w:rPr>
    </w:lvl>
    <w:lvl w:ilvl="4" w:tplc="02E45BBA">
      <w:start w:val="1"/>
      <w:numFmt w:val="bullet"/>
      <w:lvlText w:val="o"/>
      <w:lvlJc w:val="left"/>
      <w:pPr>
        <w:ind w:left="3240" w:hanging="360"/>
      </w:pPr>
      <w:rPr>
        <w:rFonts w:ascii="Courier New" w:hAnsi="Courier New" w:hint="default"/>
      </w:rPr>
    </w:lvl>
    <w:lvl w:ilvl="5" w:tplc="6E727EBE">
      <w:start w:val="1"/>
      <w:numFmt w:val="bullet"/>
      <w:lvlText w:val=""/>
      <w:lvlJc w:val="left"/>
      <w:pPr>
        <w:ind w:left="3960" w:hanging="360"/>
      </w:pPr>
      <w:rPr>
        <w:rFonts w:ascii="Wingdings" w:hAnsi="Wingdings" w:hint="default"/>
      </w:rPr>
    </w:lvl>
    <w:lvl w:ilvl="6" w:tplc="A1BE8F94">
      <w:start w:val="1"/>
      <w:numFmt w:val="bullet"/>
      <w:lvlText w:val=""/>
      <w:lvlJc w:val="left"/>
      <w:pPr>
        <w:ind w:left="4680" w:hanging="360"/>
      </w:pPr>
      <w:rPr>
        <w:rFonts w:ascii="Symbol" w:hAnsi="Symbol" w:hint="default"/>
      </w:rPr>
    </w:lvl>
    <w:lvl w:ilvl="7" w:tplc="BDC26E74">
      <w:start w:val="1"/>
      <w:numFmt w:val="bullet"/>
      <w:lvlText w:val="o"/>
      <w:lvlJc w:val="left"/>
      <w:pPr>
        <w:ind w:left="5400" w:hanging="360"/>
      </w:pPr>
      <w:rPr>
        <w:rFonts w:ascii="Courier New" w:hAnsi="Courier New" w:hint="default"/>
      </w:rPr>
    </w:lvl>
    <w:lvl w:ilvl="8" w:tplc="F3882D26">
      <w:start w:val="1"/>
      <w:numFmt w:val="bullet"/>
      <w:lvlText w:val=""/>
      <w:lvlJc w:val="left"/>
      <w:pPr>
        <w:ind w:left="6120" w:hanging="360"/>
      </w:pPr>
      <w:rPr>
        <w:rFonts w:ascii="Wingdings" w:hAnsi="Wingdings" w:hint="default"/>
      </w:rPr>
    </w:lvl>
  </w:abstractNum>
  <w:abstractNum w:abstractNumId="18" w15:restartNumberingAfterBreak="0">
    <w:nsid w:val="2CC8287A"/>
    <w:multiLevelType w:val="hybridMultilevel"/>
    <w:tmpl w:val="321CD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2DAF1E"/>
    <w:multiLevelType w:val="hybridMultilevel"/>
    <w:tmpl w:val="5EA2D2A4"/>
    <w:lvl w:ilvl="0" w:tplc="917A8FBA">
      <w:start w:val="1"/>
      <w:numFmt w:val="bullet"/>
      <w:lvlText w:val=""/>
      <w:lvlJc w:val="left"/>
      <w:pPr>
        <w:ind w:left="720" w:hanging="360"/>
      </w:pPr>
      <w:rPr>
        <w:rFonts w:ascii="Symbol" w:hAnsi="Symbol" w:hint="default"/>
      </w:rPr>
    </w:lvl>
    <w:lvl w:ilvl="1" w:tplc="55C255AE">
      <w:start w:val="1"/>
      <w:numFmt w:val="bullet"/>
      <w:lvlText w:val="o"/>
      <w:lvlJc w:val="left"/>
      <w:pPr>
        <w:ind w:left="1440" w:hanging="360"/>
      </w:pPr>
      <w:rPr>
        <w:rFonts w:ascii="Courier New" w:hAnsi="Courier New" w:hint="default"/>
      </w:rPr>
    </w:lvl>
    <w:lvl w:ilvl="2" w:tplc="58565152">
      <w:start w:val="1"/>
      <w:numFmt w:val="bullet"/>
      <w:lvlText w:val=""/>
      <w:lvlJc w:val="left"/>
      <w:pPr>
        <w:ind w:left="2160" w:hanging="360"/>
      </w:pPr>
      <w:rPr>
        <w:rFonts w:ascii="Wingdings" w:hAnsi="Wingdings" w:hint="default"/>
      </w:rPr>
    </w:lvl>
    <w:lvl w:ilvl="3" w:tplc="1032C8C4">
      <w:start w:val="1"/>
      <w:numFmt w:val="bullet"/>
      <w:lvlText w:val=""/>
      <w:lvlJc w:val="left"/>
      <w:pPr>
        <w:ind w:left="2880" w:hanging="360"/>
      </w:pPr>
      <w:rPr>
        <w:rFonts w:ascii="Symbol" w:hAnsi="Symbol" w:hint="default"/>
      </w:rPr>
    </w:lvl>
    <w:lvl w:ilvl="4" w:tplc="975E788E">
      <w:start w:val="1"/>
      <w:numFmt w:val="bullet"/>
      <w:lvlText w:val="o"/>
      <w:lvlJc w:val="left"/>
      <w:pPr>
        <w:ind w:left="3600" w:hanging="360"/>
      </w:pPr>
      <w:rPr>
        <w:rFonts w:ascii="Courier New" w:hAnsi="Courier New" w:hint="default"/>
      </w:rPr>
    </w:lvl>
    <w:lvl w:ilvl="5" w:tplc="6CBE35A2">
      <w:start w:val="1"/>
      <w:numFmt w:val="bullet"/>
      <w:lvlText w:val=""/>
      <w:lvlJc w:val="left"/>
      <w:pPr>
        <w:ind w:left="4320" w:hanging="360"/>
      </w:pPr>
      <w:rPr>
        <w:rFonts w:ascii="Wingdings" w:hAnsi="Wingdings" w:hint="default"/>
      </w:rPr>
    </w:lvl>
    <w:lvl w:ilvl="6" w:tplc="E7D44DF2">
      <w:start w:val="1"/>
      <w:numFmt w:val="bullet"/>
      <w:lvlText w:val=""/>
      <w:lvlJc w:val="left"/>
      <w:pPr>
        <w:ind w:left="5040" w:hanging="360"/>
      </w:pPr>
      <w:rPr>
        <w:rFonts w:ascii="Symbol" w:hAnsi="Symbol" w:hint="default"/>
      </w:rPr>
    </w:lvl>
    <w:lvl w:ilvl="7" w:tplc="C4E2BEA0">
      <w:start w:val="1"/>
      <w:numFmt w:val="bullet"/>
      <w:lvlText w:val="o"/>
      <w:lvlJc w:val="left"/>
      <w:pPr>
        <w:ind w:left="5760" w:hanging="360"/>
      </w:pPr>
      <w:rPr>
        <w:rFonts w:ascii="Courier New" w:hAnsi="Courier New" w:hint="default"/>
      </w:rPr>
    </w:lvl>
    <w:lvl w:ilvl="8" w:tplc="827AE92C">
      <w:start w:val="1"/>
      <w:numFmt w:val="bullet"/>
      <w:lvlText w:val=""/>
      <w:lvlJc w:val="left"/>
      <w:pPr>
        <w:ind w:left="6480" w:hanging="360"/>
      </w:pPr>
      <w:rPr>
        <w:rFonts w:ascii="Wingdings" w:hAnsi="Wingdings" w:hint="default"/>
      </w:rPr>
    </w:lvl>
  </w:abstractNum>
  <w:abstractNum w:abstractNumId="20" w15:restartNumberingAfterBreak="0">
    <w:nsid w:val="301BB589"/>
    <w:multiLevelType w:val="hybridMultilevel"/>
    <w:tmpl w:val="9B6293F6"/>
    <w:lvl w:ilvl="0" w:tplc="B852B0EA">
      <w:start w:val="1"/>
      <w:numFmt w:val="bullet"/>
      <w:lvlText w:val=""/>
      <w:lvlJc w:val="left"/>
      <w:pPr>
        <w:ind w:left="720" w:hanging="360"/>
      </w:pPr>
      <w:rPr>
        <w:rFonts w:ascii="Symbol" w:hAnsi="Symbol" w:hint="default"/>
      </w:rPr>
    </w:lvl>
    <w:lvl w:ilvl="1" w:tplc="AC802DBC">
      <w:start w:val="1"/>
      <w:numFmt w:val="bullet"/>
      <w:lvlText w:val="o"/>
      <w:lvlJc w:val="left"/>
      <w:pPr>
        <w:ind w:left="1440" w:hanging="360"/>
      </w:pPr>
      <w:rPr>
        <w:rFonts w:ascii="Courier New" w:hAnsi="Courier New" w:hint="default"/>
      </w:rPr>
    </w:lvl>
    <w:lvl w:ilvl="2" w:tplc="DDB058FE">
      <w:start w:val="1"/>
      <w:numFmt w:val="bullet"/>
      <w:lvlText w:val=""/>
      <w:lvlJc w:val="left"/>
      <w:pPr>
        <w:ind w:left="2160" w:hanging="360"/>
      </w:pPr>
      <w:rPr>
        <w:rFonts w:ascii="Wingdings" w:hAnsi="Wingdings" w:hint="default"/>
      </w:rPr>
    </w:lvl>
    <w:lvl w:ilvl="3" w:tplc="6C7A0A24">
      <w:start w:val="1"/>
      <w:numFmt w:val="bullet"/>
      <w:lvlText w:val=""/>
      <w:lvlJc w:val="left"/>
      <w:pPr>
        <w:ind w:left="2880" w:hanging="360"/>
      </w:pPr>
      <w:rPr>
        <w:rFonts w:ascii="Symbol" w:hAnsi="Symbol" w:hint="default"/>
      </w:rPr>
    </w:lvl>
    <w:lvl w:ilvl="4" w:tplc="615212B4">
      <w:start w:val="1"/>
      <w:numFmt w:val="bullet"/>
      <w:lvlText w:val="o"/>
      <w:lvlJc w:val="left"/>
      <w:pPr>
        <w:ind w:left="3600" w:hanging="360"/>
      </w:pPr>
      <w:rPr>
        <w:rFonts w:ascii="Courier New" w:hAnsi="Courier New" w:hint="default"/>
      </w:rPr>
    </w:lvl>
    <w:lvl w:ilvl="5" w:tplc="F1584B34">
      <w:start w:val="1"/>
      <w:numFmt w:val="bullet"/>
      <w:lvlText w:val=""/>
      <w:lvlJc w:val="left"/>
      <w:pPr>
        <w:ind w:left="4320" w:hanging="360"/>
      </w:pPr>
      <w:rPr>
        <w:rFonts w:ascii="Wingdings" w:hAnsi="Wingdings" w:hint="default"/>
      </w:rPr>
    </w:lvl>
    <w:lvl w:ilvl="6" w:tplc="78BC5AEC">
      <w:start w:val="1"/>
      <w:numFmt w:val="bullet"/>
      <w:lvlText w:val=""/>
      <w:lvlJc w:val="left"/>
      <w:pPr>
        <w:ind w:left="5040" w:hanging="360"/>
      </w:pPr>
      <w:rPr>
        <w:rFonts w:ascii="Symbol" w:hAnsi="Symbol" w:hint="default"/>
      </w:rPr>
    </w:lvl>
    <w:lvl w:ilvl="7" w:tplc="6F126C98">
      <w:start w:val="1"/>
      <w:numFmt w:val="bullet"/>
      <w:lvlText w:val="o"/>
      <w:lvlJc w:val="left"/>
      <w:pPr>
        <w:ind w:left="5760" w:hanging="360"/>
      </w:pPr>
      <w:rPr>
        <w:rFonts w:ascii="Courier New" w:hAnsi="Courier New" w:hint="default"/>
      </w:rPr>
    </w:lvl>
    <w:lvl w:ilvl="8" w:tplc="5C7A3F98">
      <w:start w:val="1"/>
      <w:numFmt w:val="bullet"/>
      <w:lvlText w:val=""/>
      <w:lvlJc w:val="left"/>
      <w:pPr>
        <w:ind w:left="6480" w:hanging="360"/>
      </w:pPr>
      <w:rPr>
        <w:rFonts w:ascii="Wingdings" w:hAnsi="Wingdings" w:hint="default"/>
      </w:rPr>
    </w:lvl>
  </w:abstractNum>
  <w:abstractNum w:abstractNumId="21" w15:restartNumberingAfterBreak="0">
    <w:nsid w:val="31CFD62F"/>
    <w:multiLevelType w:val="hybridMultilevel"/>
    <w:tmpl w:val="9D4257A6"/>
    <w:lvl w:ilvl="0" w:tplc="0666E508">
      <w:start w:val="1"/>
      <w:numFmt w:val="bullet"/>
      <w:lvlText w:val=""/>
      <w:lvlJc w:val="left"/>
      <w:pPr>
        <w:ind w:left="1080" w:hanging="360"/>
      </w:pPr>
      <w:rPr>
        <w:rFonts w:ascii="Symbol" w:hAnsi="Symbol" w:hint="default"/>
      </w:rPr>
    </w:lvl>
    <w:lvl w:ilvl="1" w:tplc="F086E232">
      <w:start w:val="1"/>
      <w:numFmt w:val="bullet"/>
      <w:lvlText w:val="o"/>
      <w:lvlJc w:val="left"/>
      <w:pPr>
        <w:ind w:left="1800" w:hanging="360"/>
      </w:pPr>
      <w:rPr>
        <w:rFonts w:ascii="Courier New" w:hAnsi="Courier New" w:hint="default"/>
      </w:rPr>
    </w:lvl>
    <w:lvl w:ilvl="2" w:tplc="344229B6">
      <w:start w:val="1"/>
      <w:numFmt w:val="bullet"/>
      <w:lvlText w:val=""/>
      <w:lvlJc w:val="left"/>
      <w:pPr>
        <w:ind w:left="2520" w:hanging="360"/>
      </w:pPr>
      <w:rPr>
        <w:rFonts w:ascii="Wingdings" w:hAnsi="Wingdings" w:hint="default"/>
      </w:rPr>
    </w:lvl>
    <w:lvl w:ilvl="3" w:tplc="888CFC3E">
      <w:start w:val="1"/>
      <w:numFmt w:val="bullet"/>
      <w:lvlText w:val=""/>
      <w:lvlJc w:val="left"/>
      <w:pPr>
        <w:ind w:left="3240" w:hanging="360"/>
      </w:pPr>
      <w:rPr>
        <w:rFonts w:ascii="Symbol" w:hAnsi="Symbol" w:hint="default"/>
      </w:rPr>
    </w:lvl>
    <w:lvl w:ilvl="4" w:tplc="86E8EE76">
      <w:start w:val="1"/>
      <w:numFmt w:val="bullet"/>
      <w:lvlText w:val="o"/>
      <w:lvlJc w:val="left"/>
      <w:pPr>
        <w:ind w:left="3960" w:hanging="360"/>
      </w:pPr>
      <w:rPr>
        <w:rFonts w:ascii="Courier New" w:hAnsi="Courier New" w:hint="default"/>
      </w:rPr>
    </w:lvl>
    <w:lvl w:ilvl="5" w:tplc="C5143D1C">
      <w:start w:val="1"/>
      <w:numFmt w:val="bullet"/>
      <w:lvlText w:val=""/>
      <w:lvlJc w:val="left"/>
      <w:pPr>
        <w:ind w:left="4680" w:hanging="360"/>
      </w:pPr>
      <w:rPr>
        <w:rFonts w:ascii="Wingdings" w:hAnsi="Wingdings" w:hint="default"/>
      </w:rPr>
    </w:lvl>
    <w:lvl w:ilvl="6" w:tplc="BF360AFC">
      <w:start w:val="1"/>
      <w:numFmt w:val="bullet"/>
      <w:lvlText w:val=""/>
      <w:lvlJc w:val="left"/>
      <w:pPr>
        <w:ind w:left="5400" w:hanging="360"/>
      </w:pPr>
      <w:rPr>
        <w:rFonts w:ascii="Symbol" w:hAnsi="Symbol" w:hint="default"/>
      </w:rPr>
    </w:lvl>
    <w:lvl w:ilvl="7" w:tplc="B6DCC6D2">
      <w:start w:val="1"/>
      <w:numFmt w:val="bullet"/>
      <w:lvlText w:val="o"/>
      <w:lvlJc w:val="left"/>
      <w:pPr>
        <w:ind w:left="6120" w:hanging="360"/>
      </w:pPr>
      <w:rPr>
        <w:rFonts w:ascii="Courier New" w:hAnsi="Courier New" w:hint="default"/>
      </w:rPr>
    </w:lvl>
    <w:lvl w:ilvl="8" w:tplc="15E41024">
      <w:start w:val="1"/>
      <w:numFmt w:val="bullet"/>
      <w:lvlText w:val=""/>
      <w:lvlJc w:val="left"/>
      <w:pPr>
        <w:ind w:left="6840" w:hanging="360"/>
      </w:pPr>
      <w:rPr>
        <w:rFonts w:ascii="Wingdings" w:hAnsi="Wingdings" w:hint="default"/>
      </w:rPr>
    </w:lvl>
  </w:abstractNum>
  <w:abstractNum w:abstractNumId="22" w15:restartNumberingAfterBreak="0">
    <w:nsid w:val="36BD579C"/>
    <w:multiLevelType w:val="hybridMultilevel"/>
    <w:tmpl w:val="5EC40A74"/>
    <w:lvl w:ilvl="0" w:tplc="5080CF02">
      <w:start w:val="1"/>
      <w:numFmt w:val="bullet"/>
      <w:lvlText w:val=""/>
      <w:lvlJc w:val="left"/>
      <w:pPr>
        <w:ind w:left="720" w:hanging="360"/>
      </w:pPr>
      <w:rPr>
        <w:rFonts w:ascii="Symbol" w:hAnsi="Symbol" w:hint="default"/>
      </w:rPr>
    </w:lvl>
    <w:lvl w:ilvl="1" w:tplc="267A84E0">
      <w:start w:val="1"/>
      <w:numFmt w:val="bullet"/>
      <w:lvlText w:val="o"/>
      <w:lvlJc w:val="left"/>
      <w:pPr>
        <w:ind w:left="1440" w:hanging="360"/>
      </w:pPr>
      <w:rPr>
        <w:rFonts w:ascii="Courier New" w:hAnsi="Courier New" w:hint="default"/>
      </w:rPr>
    </w:lvl>
    <w:lvl w:ilvl="2" w:tplc="18CA879A">
      <w:start w:val="1"/>
      <w:numFmt w:val="bullet"/>
      <w:lvlText w:val=""/>
      <w:lvlJc w:val="left"/>
      <w:pPr>
        <w:ind w:left="2160" w:hanging="360"/>
      </w:pPr>
      <w:rPr>
        <w:rFonts w:ascii="Wingdings" w:hAnsi="Wingdings" w:hint="default"/>
      </w:rPr>
    </w:lvl>
    <w:lvl w:ilvl="3" w:tplc="AFC2343C">
      <w:start w:val="1"/>
      <w:numFmt w:val="bullet"/>
      <w:lvlText w:val=""/>
      <w:lvlJc w:val="left"/>
      <w:pPr>
        <w:ind w:left="2880" w:hanging="360"/>
      </w:pPr>
      <w:rPr>
        <w:rFonts w:ascii="Symbol" w:hAnsi="Symbol" w:hint="default"/>
      </w:rPr>
    </w:lvl>
    <w:lvl w:ilvl="4" w:tplc="44EA51D2">
      <w:start w:val="1"/>
      <w:numFmt w:val="bullet"/>
      <w:lvlText w:val="o"/>
      <w:lvlJc w:val="left"/>
      <w:pPr>
        <w:ind w:left="3600" w:hanging="360"/>
      </w:pPr>
      <w:rPr>
        <w:rFonts w:ascii="Courier New" w:hAnsi="Courier New" w:hint="default"/>
      </w:rPr>
    </w:lvl>
    <w:lvl w:ilvl="5" w:tplc="532E6154">
      <w:start w:val="1"/>
      <w:numFmt w:val="bullet"/>
      <w:lvlText w:val=""/>
      <w:lvlJc w:val="left"/>
      <w:pPr>
        <w:ind w:left="4320" w:hanging="360"/>
      </w:pPr>
      <w:rPr>
        <w:rFonts w:ascii="Wingdings" w:hAnsi="Wingdings" w:hint="default"/>
      </w:rPr>
    </w:lvl>
    <w:lvl w:ilvl="6" w:tplc="3572B986">
      <w:start w:val="1"/>
      <w:numFmt w:val="bullet"/>
      <w:lvlText w:val=""/>
      <w:lvlJc w:val="left"/>
      <w:pPr>
        <w:ind w:left="5040" w:hanging="360"/>
      </w:pPr>
      <w:rPr>
        <w:rFonts w:ascii="Symbol" w:hAnsi="Symbol" w:hint="default"/>
      </w:rPr>
    </w:lvl>
    <w:lvl w:ilvl="7" w:tplc="F41EEBA8">
      <w:start w:val="1"/>
      <w:numFmt w:val="bullet"/>
      <w:lvlText w:val="o"/>
      <w:lvlJc w:val="left"/>
      <w:pPr>
        <w:ind w:left="5760" w:hanging="360"/>
      </w:pPr>
      <w:rPr>
        <w:rFonts w:ascii="Courier New" w:hAnsi="Courier New" w:hint="default"/>
      </w:rPr>
    </w:lvl>
    <w:lvl w:ilvl="8" w:tplc="10306572">
      <w:start w:val="1"/>
      <w:numFmt w:val="bullet"/>
      <w:lvlText w:val=""/>
      <w:lvlJc w:val="left"/>
      <w:pPr>
        <w:ind w:left="6480" w:hanging="360"/>
      </w:pPr>
      <w:rPr>
        <w:rFonts w:ascii="Wingdings" w:hAnsi="Wingdings" w:hint="default"/>
      </w:rPr>
    </w:lvl>
  </w:abstractNum>
  <w:abstractNum w:abstractNumId="23" w15:restartNumberingAfterBreak="0">
    <w:nsid w:val="3A2B43B2"/>
    <w:multiLevelType w:val="hybridMultilevel"/>
    <w:tmpl w:val="52C813F6"/>
    <w:lvl w:ilvl="0" w:tplc="4404B6C4">
      <w:start w:val="1"/>
      <w:numFmt w:val="bullet"/>
      <w:lvlText w:val=""/>
      <w:lvlJc w:val="left"/>
      <w:pPr>
        <w:ind w:left="720" w:hanging="360"/>
      </w:pPr>
      <w:rPr>
        <w:rFonts w:ascii="Symbol" w:hAnsi="Symbol" w:hint="default"/>
      </w:rPr>
    </w:lvl>
    <w:lvl w:ilvl="1" w:tplc="35046A5A">
      <w:start w:val="1"/>
      <w:numFmt w:val="bullet"/>
      <w:lvlText w:val="o"/>
      <w:lvlJc w:val="left"/>
      <w:pPr>
        <w:ind w:left="1440" w:hanging="360"/>
      </w:pPr>
      <w:rPr>
        <w:rFonts w:ascii="Courier New" w:hAnsi="Courier New" w:hint="default"/>
      </w:rPr>
    </w:lvl>
    <w:lvl w:ilvl="2" w:tplc="9FA02C58">
      <w:start w:val="1"/>
      <w:numFmt w:val="bullet"/>
      <w:lvlText w:val=""/>
      <w:lvlJc w:val="left"/>
      <w:pPr>
        <w:ind w:left="2160" w:hanging="360"/>
      </w:pPr>
      <w:rPr>
        <w:rFonts w:ascii="Wingdings" w:hAnsi="Wingdings" w:hint="default"/>
      </w:rPr>
    </w:lvl>
    <w:lvl w:ilvl="3" w:tplc="7A76920E">
      <w:start w:val="1"/>
      <w:numFmt w:val="bullet"/>
      <w:lvlText w:val=""/>
      <w:lvlJc w:val="left"/>
      <w:pPr>
        <w:ind w:left="2880" w:hanging="360"/>
      </w:pPr>
      <w:rPr>
        <w:rFonts w:ascii="Symbol" w:hAnsi="Symbol" w:hint="default"/>
      </w:rPr>
    </w:lvl>
    <w:lvl w:ilvl="4" w:tplc="A664D67A">
      <w:start w:val="1"/>
      <w:numFmt w:val="bullet"/>
      <w:lvlText w:val="o"/>
      <w:lvlJc w:val="left"/>
      <w:pPr>
        <w:ind w:left="3600" w:hanging="360"/>
      </w:pPr>
      <w:rPr>
        <w:rFonts w:ascii="Courier New" w:hAnsi="Courier New" w:hint="default"/>
      </w:rPr>
    </w:lvl>
    <w:lvl w:ilvl="5" w:tplc="93FCA61E">
      <w:start w:val="1"/>
      <w:numFmt w:val="bullet"/>
      <w:lvlText w:val=""/>
      <w:lvlJc w:val="left"/>
      <w:pPr>
        <w:ind w:left="4320" w:hanging="360"/>
      </w:pPr>
      <w:rPr>
        <w:rFonts w:ascii="Wingdings" w:hAnsi="Wingdings" w:hint="default"/>
      </w:rPr>
    </w:lvl>
    <w:lvl w:ilvl="6" w:tplc="7D583396">
      <w:start w:val="1"/>
      <w:numFmt w:val="bullet"/>
      <w:lvlText w:val=""/>
      <w:lvlJc w:val="left"/>
      <w:pPr>
        <w:ind w:left="5040" w:hanging="360"/>
      </w:pPr>
      <w:rPr>
        <w:rFonts w:ascii="Symbol" w:hAnsi="Symbol" w:hint="default"/>
      </w:rPr>
    </w:lvl>
    <w:lvl w:ilvl="7" w:tplc="7BDE8398">
      <w:start w:val="1"/>
      <w:numFmt w:val="bullet"/>
      <w:lvlText w:val="o"/>
      <w:lvlJc w:val="left"/>
      <w:pPr>
        <w:ind w:left="5760" w:hanging="360"/>
      </w:pPr>
      <w:rPr>
        <w:rFonts w:ascii="Courier New" w:hAnsi="Courier New" w:hint="default"/>
      </w:rPr>
    </w:lvl>
    <w:lvl w:ilvl="8" w:tplc="06E85592">
      <w:start w:val="1"/>
      <w:numFmt w:val="bullet"/>
      <w:lvlText w:val=""/>
      <w:lvlJc w:val="left"/>
      <w:pPr>
        <w:ind w:left="6480" w:hanging="360"/>
      </w:pPr>
      <w:rPr>
        <w:rFonts w:ascii="Wingdings" w:hAnsi="Wingdings" w:hint="default"/>
      </w:rPr>
    </w:lvl>
  </w:abstractNum>
  <w:abstractNum w:abstractNumId="24" w15:restartNumberingAfterBreak="0">
    <w:nsid w:val="3B307A4D"/>
    <w:multiLevelType w:val="hybridMultilevel"/>
    <w:tmpl w:val="4C7209A2"/>
    <w:lvl w:ilvl="0" w:tplc="FA88DFEA">
      <w:start w:val="1"/>
      <w:numFmt w:val="bullet"/>
      <w:lvlText w:val=""/>
      <w:lvlJc w:val="left"/>
      <w:pPr>
        <w:ind w:left="720" w:hanging="360"/>
      </w:pPr>
      <w:rPr>
        <w:rFonts w:ascii="Symbol" w:hAnsi="Symbol" w:hint="default"/>
      </w:rPr>
    </w:lvl>
    <w:lvl w:ilvl="1" w:tplc="99FA8F1A">
      <w:start w:val="1"/>
      <w:numFmt w:val="bullet"/>
      <w:lvlText w:val="o"/>
      <w:lvlJc w:val="left"/>
      <w:pPr>
        <w:ind w:left="1440" w:hanging="360"/>
      </w:pPr>
      <w:rPr>
        <w:rFonts w:ascii="Courier New" w:hAnsi="Courier New" w:hint="default"/>
      </w:rPr>
    </w:lvl>
    <w:lvl w:ilvl="2" w:tplc="83ACD658">
      <w:start w:val="1"/>
      <w:numFmt w:val="bullet"/>
      <w:lvlText w:val=""/>
      <w:lvlJc w:val="left"/>
      <w:pPr>
        <w:ind w:left="2160" w:hanging="360"/>
      </w:pPr>
      <w:rPr>
        <w:rFonts w:ascii="Wingdings" w:hAnsi="Wingdings" w:hint="default"/>
      </w:rPr>
    </w:lvl>
    <w:lvl w:ilvl="3" w:tplc="9FE8060A">
      <w:start w:val="1"/>
      <w:numFmt w:val="bullet"/>
      <w:lvlText w:val=""/>
      <w:lvlJc w:val="left"/>
      <w:pPr>
        <w:ind w:left="2880" w:hanging="360"/>
      </w:pPr>
      <w:rPr>
        <w:rFonts w:ascii="Symbol" w:hAnsi="Symbol" w:hint="default"/>
      </w:rPr>
    </w:lvl>
    <w:lvl w:ilvl="4" w:tplc="11E4A654">
      <w:start w:val="1"/>
      <w:numFmt w:val="bullet"/>
      <w:lvlText w:val="o"/>
      <w:lvlJc w:val="left"/>
      <w:pPr>
        <w:ind w:left="3600" w:hanging="360"/>
      </w:pPr>
      <w:rPr>
        <w:rFonts w:ascii="Courier New" w:hAnsi="Courier New" w:hint="default"/>
      </w:rPr>
    </w:lvl>
    <w:lvl w:ilvl="5" w:tplc="67FEF89C">
      <w:start w:val="1"/>
      <w:numFmt w:val="bullet"/>
      <w:lvlText w:val=""/>
      <w:lvlJc w:val="left"/>
      <w:pPr>
        <w:ind w:left="4320" w:hanging="360"/>
      </w:pPr>
      <w:rPr>
        <w:rFonts w:ascii="Wingdings" w:hAnsi="Wingdings" w:hint="default"/>
      </w:rPr>
    </w:lvl>
    <w:lvl w:ilvl="6" w:tplc="40042A0A">
      <w:start w:val="1"/>
      <w:numFmt w:val="bullet"/>
      <w:lvlText w:val=""/>
      <w:lvlJc w:val="left"/>
      <w:pPr>
        <w:ind w:left="5040" w:hanging="360"/>
      </w:pPr>
      <w:rPr>
        <w:rFonts w:ascii="Symbol" w:hAnsi="Symbol" w:hint="default"/>
      </w:rPr>
    </w:lvl>
    <w:lvl w:ilvl="7" w:tplc="34389B72">
      <w:start w:val="1"/>
      <w:numFmt w:val="bullet"/>
      <w:lvlText w:val="o"/>
      <w:lvlJc w:val="left"/>
      <w:pPr>
        <w:ind w:left="5760" w:hanging="360"/>
      </w:pPr>
      <w:rPr>
        <w:rFonts w:ascii="Courier New" w:hAnsi="Courier New" w:hint="default"/>
      </w:rPr>
    </w:lvl>
    <w:lvl w:ilvl="8" w:tplc="F50204E8">
      <w:start w:val="1"/>
      <w:numFmt w:val="bullet"/>
      <w:lvlText w:val=""/>
      <w:lvlJc w:val="left"/>
      <w:pPr>
        <w:ind w:left="6480" w:hanging="360"/>
      </w:pPr>
      <w:rPr>
        <w:rFonts w:ascii="Wingdings" w:hAnsi="Wingdings" w:hint="default"/>
      </w:rPr>
    </w:lvl>
  </w:abstractNum>
  <w:abstractNum w:abstractNumId="25" w15:restartNumberingAfterBreak="0">
    <w:nsid w:val="3D6B6640"/>
    <w:multiLevelType w:val="hybridMultilevel"/>
    <w:tmpl w:val="C5C8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A3D7F4"/>
    <w:multiLevelType w:val="hybridMultilevel"/>
    <w:tmpl w:val="82DCC696"/>
    <w:lvl w:ilvl="0" w:tplc="FB60410E">
      <w:start w:val="1"/>
      <w:numFmt w:val="bullet"/>
      <w:lvlText w:val=""/>
      <w:lvlJc w:val="left"/>
      <w:pPr>
        <w:ind w:left="720" w:hanging="360"/>
      </w:pPr>
      <w:rPr>
        <w:rFonts w:ascii="Symbol" w:hAnsi="Symbol" w:hint="default"/>
      </w:rPr>
    </w:lvl>
    <w:lvl w:ilvl="1" w:tplc="40183532">
      <w:start w:val="1"/>
      <w:numFmt w:val="bullet"/>
      <w:lvlText w:val="o"/>
      <w:lvlJc w:val="left"/>
      <w:pPr>
        <w:ind w:left="1440" w:hanging="360"/>
      </w:pPr>
      <w:rPr>
        <w:rFonts w:ascii="Courier New" w:hAnsi="Courier New" w:hint="default"/>
      </w:rPr>
    </w:lvl>
    <w:lvl w:ilvl="2" w:tplc="0D0A8AA8">
      <w:start w:val="1"/>
      <w:numFmt w:val="bullet"/>
      <w:lvlText w:val=""/>
      <w:lvlJc w:val="left"/>
      <w:pPr>
        <w:ind w:left="2160" w:hanging="360"/>
      </w:pPr>
      <w:rPr>
        <w:rFonts w:ascii="Wingdings" w:hAnsi="Wingdings" w:hint="default"/>
      </w:rPr>
    </w:lvl>
    <w:lvl w:ilvl="3" w:tplc="E764A910">
      <w:start w:val="1"/>
      <w:numFmt w:val="bullet"/>
      <w:lvlText w:val=""/>
      <w:lvlJc w:val="left"/>
      <w:pPr>
        <w:ind w:left="2880" w:hanging="360"/>
      </w:pPr>
      <w:rPr>
        <w:rFonts w:ascii="Symbol" w:hAnsi="Symbol" w:hint="default"/>
      </w:rPr>
    </w:lvl>
    <w:lvl w:ilvl="4" w:tplc="445047A0">
      <w:start w:val="1"/>
      <w:numFmt w:val="bullet"/>
      <w:lvlText w:val="o"/>
      <w:lvlJc w:val="left"/>
      <w:pPr>
        <w:ind w:left="3600" w:hanging="360"/>
      </w:pPr>
      <w:rPr>
        <w:rFonts w:ascii="Courier New" w:hAnsi="Courier New" w:hint="default"/>
      </w:rPr>
    </w:lvl>
    <w:lvl w:ilvl="5" w:tplc="10CE2914">
      <w:start w:val="1"/>
      <w:numFmt w:val="bullet"/>
      <w:lvlText w:val=""/>
      <w:lvlJc w:val="left"/>
      <w:pPr>
        <w:ind w:left="4320" w:hanging="360"/>
      </w:pPr>
      <w:rPr>
        <w:rFonts w:ascii="Wingdings" w:hAnsi="Wingdings" w:hint="default"/>
      </w:rPr>
    </w:lvl>
    <w:lvl w:ilvl="6" w:tplc="4AC4B236">
      <w:start w:val="1"/>
      <w:numFmt w:val="bullet"/>
      <w:lvlText w:val=""/>
      <w:lvlJc w:val="left"/>
      <w:pPr>
        <w:ind w:left="5040" w:hanging="360"/>
      </w:pPr>
      <w:rPr>
        <w:rFonts w:ascii="Symbol" w:hAnsi="Symbol" w:hint="default"/>
      </w:rPr>
    </w:lvl>
    <w:lvl w:ilvl="7" w:tplc="575CC724">
      <w:start w:val="1"/>
      <w:numFmt w:val="bullet"/>
      <w:lvlText w:val="o"/>
      <w:lvlJc w:val="left"/>
      <w:pPr>
        <w:ind w:left="5760" w:hanging="360"/>
      </w:pPr>
      <w:rPr>
        <w:rFonts w:ascii="Courier New" w:hAnsi="Courier New" w:hint="default"/>
      </w:rPr>
    </w:lvl>
    <w:lvl w:ilvl="8" w:tplc="441C7986">
      <w:start w:val="1"/>
      <w:numFmt w:val="bullet"/>
      <w:lvlText w:val=""/>
      <w:lvlJc w:val="left"/>
      <w:pPr>
        <w:ind w:left="6480" w:hanging="360"/>
      </w:pPr>
      <w:rPr>
        <w:rFonts w:ascii="Wingdings" w:hAnsi="Wingdings" w:hint="default"/>
      </w:rPr>
    </w:lvl>
  </w:abstractNum>
  <w:abstractNum w:abstractNumId="27" w15:restartNumberingAfterBreak="0">
    <w:nsid w:val="42E90129"/>
    <w:multiLevelType w:val="hybridMultilevel"/>
    <w:tmpl w:val="1AC43ADE"/>
    <w:lvl w:ilvl="0" w:tplc="BABE8E8A">
      <w:start w:val="1"/>
      <w:numFmt w:val="bullet"/>
      <w:lvlText w:val=""/>
      <w:lvlJc w:val="left"/>
      <w:pPr>
        <w:ind w:left="720" w:hanging="360"/>
      </w:pPr>
      <w:rPr>
        <w:rFonts w:ascii="Symbol" w:hAnsi="Symbol" w:hint="default"/>
      </w:rPr>
    </w:lvl>
    <w:lvl w:ilvl="1" w:tplc="A5567DD8">
      <w:start w:val="1"/>
      <w:numFmt w:val="bullet"/>
      <w:lvlText w:val="o"/>
      <w:lvlJc w:val="left"/>
      <w:pPr>
        <w:ind w:left="1440" w:hanging="360"/>
      </w:pPr>
      <w:rPr>
        <w:rFonts w:ascii="Courier New" w:hAnsi="Courier New" w:hint="default"/>
      </w:rPr>
    </w:lvl>
    <w:lvl w:ilvl="2" w:tplc="4FEA5200">
      <w:start w:val="1"/>
      <w:numFmt w:val="bullet"/>
      <w:lvlText w:val=""/>
      <w:lvlJc w:val="left"/>
      <w:pPr>
        <w:ind w:left="2160" w:hanging="360"/>
      </w:pPr>
      <w:rPr>
        <w:rFonts w:ascii="Wingdings" w:hAnsi="Wingdings" w:hint="default"/>
      </w:rPr>
    </w:lvl>
    <w:lvl w:ilvl="3" w:tplc="3B2C9072">
      <w:start w:val="1"/>
      <w:numFmt w:val="bullet"/>
      <w:lvlText w:val=""/>
      <w:lvlJc w:val="left"/>
      <w:pPr>
        <w:ind w:left="2880" w:hanging="360"/>
      </w:pPr>
      <w:rPr>
        <w:rFonts w:ascii="Symbol" w:hAnsi="Symbol" w:hint="default"/>
      </w:rPr>
    </w:lvl>
    <w:lvl w:ilvl="4" w:tplc="0400EE8E">
      <w:start w:val="1"/>
      <w:numFmt w:val="bullet"/>
      <w:lvlText w:val="o"/>
      <w:lvlJc w:val="left"/>
      <w:pPr>
        <w:ind w:left="3600" w:hanging="360"/>
      </w:pPr>
      <w:rPr>
        <w:rFonts w:ascii="Courier New" w:hAnsi="Courier New" w:hint="default"/>
      </w:rPr>
    </w:lvl>
    <w:lvl w:ilvl="5" w:tplc="528C4C1E">
      <w:start w:val="1"/>
      <w:numFmt w:val="bullet"/>
      <w:lvlText w:val=""/>
      <w:lvlJc w:val="left"/>
      <w:pPr>
        <w:ind w:left="4320" w:hanging="360"/>
      </w:pPr>
      <w:rPr>
        <w:rFonts w:ascii="Wingdings" w:hAnsi="Wingdings" w:hint="default"/>
      </w:rPr>
    </w:lvl>
    <w:lvl w:ilvl="6" w:tplc="AE6011F2">
      <w:start w:val="1"/>
      <w:numFmt w:val="bullet"/>
      <w:lvlText w:val=""/>
      <w:lvlJc w:val="left"/>
      <w:pPr>
        <w:ind w:left="5040" w:hanging="360"/>
      </w:pPr>
      <w:rPr>
        <w:rFonts w:ascii="Symbol" w:hAnsi="Symbol" w:hint="default"/>
      </w:rPr>
    </w:lvl>
    <w:lvl w:ilvl="7" w:tplc="D7C0663A">
      <w:start w:val="1"/>
      <w:numFmt w:val="bullet"/>
      <w:lvlText w:val="o"/>
      <w:lvlJc w:val="left"/>
      <w:pPr>
        <w:ind w:left="5760" w:hanging="360"/>
      </w:pPr>
      <w:rPr>
        <w:rFonts w:ascii="Courier New" w:hAnsi="Courier New" w:hint="default"/>
      </w:rPr>
    </w:lvl>
    <w:lvl w:ilvl="8" w:tplc="17322152">
      <w:start w:val="1"/>
      <w:numFmt w:val="bullet"/>
      <w:lvlText w:val=""/>
      <w:lvlJc w:val="left"/>
      <w:pPr>
        <w:ind w:left="6480" w:hanging="360"/>
      </w:pPr>
      <w:rPr>
        <w:rFonts w:ascii="Wingdings" w:hAnsi="Wingdings" w:hint="default"/>
      </w:rPr>
    </w:lvl>
  </w:abstractNum>
  <w:abstractNum w:abstractNumId="28" w15:restartNumberingAfterBreak="0">
    <w:nsid w:val="4F57019C"/>
    <w:multiLevelType w:val="hybridMultilevel"/>
    <w:tmpl w:val="DE5E7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727C0E"/>
    <w:multiLevelType w:val="hybridMultilevel"/>
    <w:tmpl w:val="07F0E916"/>
    <w:lvl w:ilvl="0" w:tplc="AAB444C2">
      <w:start w:val="1"/>
      <w:numFmt w:val="bullet"/>
      <w:lvlText w:val=""/>
      <w:lvlJc w:val="left"/>
      <w:pPr>
        <w:ind w:left="644" w:hanging="360"/>
      </w:pPr>
      <w:rPr>
        <w:rFonts w:ascii="Symbol" w:hAnsi="Symbol" w:hint="default"/>
      </w:rPr>
    </w:lvl>
    <w:lvl w:ilvl="1" w:tplc="5C549C68">
      <w:start w:val="1"/>
      <w:numFmt w:val="bullet"/>
      <w:lvlText w:val="o"/>
      <w:lvlJc w:val="left"/>
      <w:pPr>
        <w:ind w:left="1364" w:hanging="360"/>
      </w:pPr>
      <w:rPr>
        <w:rFonts w:ascii="Courier New" w:hAnsi="Courier New" w:hint="default"/>
      </w:rPr>
    </w:lvl>
    <w:lvl w:ilvl="2" w:tplc="AD263600">
      <w:start w:val="1"/>
      <w:numFmt w:val="bullet"/>
      <w:lvlText w:val=""/>
      <w:lvlJc w:val="left"/>
      <w:pPr>
        <w:ind w:left="2084" w:hanging="360"/>
      </w:pPr>
      <w:rPr>
        <w:rFonts w:ascii="Wingdings" w:hAnsi="Wingdings" w:hint="default"/>
      </w:rPr>
    </w:lvl>
    <w:lvl w:ilvl="3" w:tplc="222C5916">
      <w:start w:val="1"/>
      <w:numFmt w:val="bullet"/>
      <w:lvlText w:val=""/>
      <w:lvlJc w:val="left"/>
      <w:pPr>
        <w:ind w:left="2804" w:hanging="360"/>
      </w:pPr>
      <w:rPr>
        <w:rFonts w:ascii="Symbol" w:hAnsi="Symbol" w:hint="default"/>
      </w:rPr>
    </w:lvl>
    <w:lvl w:ilvl="4" w:tplc="381612BC">
      <w:start w:val="1"/>
      <w:numFmt w:val="bullet"/>
      <w:lvlText w:val="o"/>
      <w:lvlJc w:val="left"/>
      <w:pPr>
        <w:ind w:left="3524" w:hanging="360"/>
      </w:pPr>
      <w:rPr>
        <w:rFonts w:ascii="Courier New" w:hAnsi="Courier New" w:hint="default"/>
      </w:rPr>
    </w:lvl>
    <w:lvl w:ilvl="5" w:tplc="115C6B12">
      <w:start w:val="1"/>
      <w:numFmt w:val="bullet"/>
      <w:lvlText w:val=""/>
      <w:lvlJc w:val="left"/>
      <w:pPr>
        <w:ind w:left="4244" w:hanging="360"/>
      </w:pPr>
      <w:rPr>
        <w:rFonts w:ascii="Wingdings" w:hAnsi="Wingdings" w:hint="default"/>
      </w:rPr>
    </w:lvl>
    <w:lvl w:ilvl="6" w:tplc="F944495A">
      <w:start w:val="1"/>
      <w:numFmt w:val="bullet"/>
      <w:lvlText w:val=""/>
      <w:lvlJc w:val="left"/>
      <w:pPr>
        <w:ind w:left="4964" w:hanging="360"/>
      </w:pPr>
      <w:rPr>
        <w:rFonts w:ascii="Symbol" w:hAnsi="Symbol" w:hint="default"/>
      </w:rPr>
    </w:lvl>
    <w:lvl w:ilvl="7" w:tplc="5E4033EE">
      <w:start w:val="1"/>
      <w:numFmt w:val="bullet"/>
      <w:lvlText w:val="o"/>
      <w:lvlJc w:val="left"/>
      <w:pPr>
        <w:ind w:left="5684" w:hanging="360"/>
      </w:pPr>
      <w:rPr>
        <w:rFonts w:ascii="Courier New" w:hAnsi="Courier New" w:hint="default"/>
      </w:rPr>
    </w:lvl>
    <w:lvl w:ilvl="8" w:tplc="7F6E2B42">
      <w:start w:val="1"/>
      <w:numFmt w:val="bullet"/>
      <w:lvlText w:val=""/>
      <w:lvlJc w:val="left"/>
      <w:pPr>
        <w:ind w:left="6404" w:hanging="360"/>
      </w:pPr>
      <w:rPr>
        <w:rFonts w:ascii="Wingdings" w:hAnsi="Wingdings" w:hint="default"/>
      </w:rPr>
    </w:lvl>
  </w:abstractNum>
  <w:abstractNum w:abstractNumId="30" w15:restartNumberingAfterBreak="0">
    <w:nsid w:val="570C283E"/>
    <w:multiLevelType w:val="hybridMultilevel"/>
    <w:tmpl w:val="2780E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FD9140"/>
    <w:multiLevelType w:val="hybridMultilevel"/>
    <w:tmpl w:val="4E7ECE5C"/>
    <w:lvl w:ilvl="0" w:tplc="27F2C8CE">
      <w:start w:val="1"/>
      <w:numFmt w:val="bullet"/>
      <w:lvlText w:val=""/>
      <w:lvlJc w:val="left"/>
      <w:pPr>
        <w:ind w:left="720" w:hanging="360"/>
      </w:pPr>
      <w:rPr>
        <w:rFonts w:ascii="Symbol" w:hAnsi="Symbol" w:hint="default"/>
      </w:rPr>
    </w:lvl>
    <w:lvl w:ilvl="1" w:tplc="0472F6B8">
      <w:start w:val="1"/>
      <w:numFmt w:val="bullet"/>
      <w:lvlText w:val="o"/>
      <w:lvlJc w:val="left"/>
      <w:pPr>
        <w:ind w:left="1440" w:hanging="360"/>
      </w:pPr>
      <w:rPr>
        <w:rFonts w:ascii="Courier New" w:hAnsi="Courier New" w:hint="default"/>
      </w:rPr>
    </w:lvl>
    <w:lvl w:ilvl="2" w:tplc="9702CDC0">
      <w:start w:val="1"/>
      <w:numFmt w:val="bullet"/>
      <w:lvlText w:val=""/>
      <w:lvlJc w:val="left"/>
      <w:pPr>
        <w:ind w:left="2160" w:hanging="360"/>
      </w:pPr>
      <w:rPr>
        <w:rFonts w:ascii="Wingdings" w:hAnsi="Wingdings" w:hint="default"/>
      </w:rPr>
    </w:lvl>
    <w:lvl w:ilvl="3" w:tplc="DEFAA894">
      <w:start w:val="1"/>
      <w:numFmt w:val="bullet"/>
      <w:lvlText w:val=""/>
      <w:lvlJc w:val="left"/>
      <w:pPr>
        <w:ind w:left="2880" w:hanging="360"/>
      </w:pPr>
      <w:rPr>
        <w:rFonts w:ascii="Symbol" w:hAnsi="Symbol" w:hint="default"/>
      </w:rPr>
    </w:lvl>
    <w:lvl w:ilvl="4" w:tplc="B02E7EF0">
      <w:start w:val="1"/>
      <w:numFmt w:val="bullet"/>
      <w:lvlText w:val="o"/>
      <w:lvlJc w:val="left"/>
      <w:pPr>
        <w:ind w:left="3600" w:hanging="360"/>
      </w:pPr>
      <w:rPr>
        <w:rFonts w:ascii="Courier New" w:hAnsi="Courier New" w:hint="default"/>
      </w:rPr>
    </w:lvl>
    <w:lvl w:ilvl="5" w:tplc="24F65B54">
      <w:start w:val="1"/>
      <w:numFmt w:val="bullet"/>
      <w:lvlText w:val=""/>
      <w:lvlJc w:val="left"/>
      <w:pPr>
        <w:ind w:left="4320" w:hanging="360"/>
      </w:pPr>
      <w:rPr>
        <w:rFonts w:ascii="Wingdings" w:hAnsi="Wingdings" w:hint="default"/>
      </w:rPr>
    </w:lvl>
    <w:lvl w:ilvl="6" w:tplc="2D8CC290">
      <w:start w:val="1"/>
      <w:numFmt w:val="bullet"/>
      <w:lvlText w:val=""/>
      <w:lvlJc w:val="left"/>
      <w:pPr>
        <w:ind w:left="5040" w:hanging="360"/>
      </w:pPr>
      <w:rPr>
        <w:rFonts w:ascii="Symbol" w:hAnsi="Symbol" w:hint="default"/>
      </w:rPr>
    </w:lvl>
    <w:lvl w:ilvl="7" w:tplc="97029AB8">
      <w:start w:val="1"/>
      <w:numFmt w:val="bullet"/>
      <w:lvlText w:val="o"/>
      <w:lvlJc w:val="left"/>
      <w:pPr>
        <w:ind w:left="5760" w:hanging="360"/>
      </w:pPr>
      <w:rPr>
        <w:rFonts w:ascii="Courier New" w:hAnsi="Courier New" w:hint="default"/>
      </w:rPr>
    </w:lvl>
    <w:lvl w:ilvl="8" w:tplc="093ECAEA">
      <w:start w:val="1"/>
      <w:numFmt w:val="bullet"/>
      <w:lvlText w:val=""/>
      <w:lvlJc w:val="left"/>
      <w:pPr>
        <w:ind w:left="6480" w:hanging="360"/>
      </w:pPr>
      <w:rPr>
        <w:rFonts w:ascii="Wingdings" w:hAnsi="Wingdings" w:hint="default"/>
      </w:rPr>
    </w:lvl>
  </w:abstractNum>
  <w:abstractNum w:abstractNumId="32" w15:restartNumberingAfterBreak="0">
    <w:nsid w:val="5DDE4D5B"/>
    <w:multiLevelType w:val="hybridMultilevel"/>
    <w:tmpl w:val="900C840E"/>
    <w:lvl w:ilvl="0" w:tplc="A11C3282">
      <w:start w:val="1"/>
      <w:numFmt w:val="bullet"/>
      <w:lvlText w:val=""/>
      <w:lvlJc w:val="left"/>
      <w:pPr>
        <w:ind w:left="720" w:hanging="360"/>
      </w:pPr>
      <w:rPr>
        <w:rFonts w:ascii="Symbol" w:hAnsi="Symbol" w:hint="default"/>
      </w:rPr>
    </w:lvl>
    <w:lvl w:ilvl="1" w:tplc="EB6ABF6E">
      <w:start w:val="1"/>
      <w:numFmt w:val="bullet"/>
      <w:lvlText w:val="o"/>
      <w:lvlJc w:val="left"/>
      <w:pPr>
        <w:ind w:left="1440" w:hanging="360"/>
      </w:pPr>
      <w:rPr>
        <w:rFonts w:ascii="Courier New" w:hAnsi="Courier New" w:hint="default"/>
      </w:rPr>
    </w:lvl>
    <w:lvl w:ilvl="2" w:tplc="6F08136E">
      <w:start w:val="1"/>
      <w:numFmt w:val="bullet"/>
      <w:lvlText w:val=""/>
      <w:lvlJc w:val="left"/>
      <w:pPr>
        <w:ind w:left="2160" w:hanging="360"/>
      </w:pPr>
      <w:rPr>
        <w:rFonts w:ascii="Wingdings" w:hAnsi="Wingdings" w:hint="default"/>
      </w:rPr>
    </w:lvl>
    <w:lvl w:ilvl="3" w:tplc="C5E09914">
      <w:start w:val="1"/>
      <w:numFmt w:val="bullet"/>
      <w:lvlText w:val=""/>
      <w:lvlJc w:val="left"/>
      <w:pPr>
        <w:ind w:left="2880" w:hanging="360"/>
      </w:pPr>
      <w:rPr>
        <w:rFonts w:ascii="Symbol" w:hAnsi="Symbol" w:hint="default"/>
      </w:rPr>
    </w:lvl>
    <w:lvl w:ilvl="4" w:tplc="1ECA7B10">
      <w:start w:val="1"/>
      <w:numFmt w:val="bullet"/>
      <w:lvlText w:val="o"/>
      <w:lvlJc w:val="left"/>
      <w:pPr>
        <w:ind w:left="3600" w:hanging="360"/>
      </w:pPr>
      <w:rPr>
        <w:rFonts w:ascii="Courier New" w:hAnsi="Courier New" w:hint="default"/>
      </w:rPr>
    </w:lvl>
    <w:lvl w:ilvl="5" w:tplc="926A59E6">
      <w:start w:val="1"/>
      <w:numFmt w:val="bullet"/>
      <w:lvlText w:val=""/>
      <w:lvlJc w:val="left"/>
      <w:pPr>
        <w:ind w:left="4320" w:hanging="360"/>
      </w:pPr>
      <w:rPr>
        <w:rFonts w:ascii="Wingdings" w:hAnsi="Wingdings" w:hint="default"/>
      </w:rPr>
    </w:lvl>
    <w:lvl w:ilvl="6" w:tplc="40CAF2D0">
      <w:start w:val="1"/>
      <w:numFmt w:val="bullet"/>
      <w:lvlText w:val=""/>
      <w:lvlJc w:val="left"/>
      <w:pPr>
        <w:ind w:left="5040" w:hanging="360"/>
      </w:pPr>
      <w:rPr>
        <w:rFonts w:ascii="Symbol" w:hAnsi="Symbol" w:hint="default"/>
      </w:rPr>
    </w:lvl>
    <w:lvl w:ilvl="7" w:tplc="9A7AE0E2">
      <w:start w:val="1"/>
      <w:numFmt w:val="bullet"/>
      <w:lvlText w:val="o"/>
      <w:lvlJc w:val="left"/>
      <w:pPr>
        <w:ind w:left="5760" w:hanging="360"/>
      </w:pPr>
      <w:rPr>
        <w:rFonts w:ascii="Courier New" w:hAnsi="Courier New" w:hint="default"/>
      </w:rPr>
    </w:lvl>
    <w:lvl w:ilvl="8" w:tplc="E6B2C3F8">
      <w:start w:val="1"/>
      <w:numFmt w:val="bullet"/>
      <w:lvlText w:val=""/>
      <w:lvlJc w:val="left"/>
      <w:pPr>
        <w:ind w:left="6480" w:hanging="360"/>
      </w:pPr>
      <w:rPr>
        <w:rFonts w:ascii="Wingdings" w:hAnsi="Wingdings" w:hint="default"/>
      </w:rPr>
    </w:lvl>
  </w:abstractNum>
  <w:abstractNum w:abstractNumId="33" w15:restartNumberingAfterBreak="0">
    <w:nsid w:val="61211FF4"/>
    <w:multiLevelType w:val="hybridMultilevel"/>
    <w:tmpl w:val="0F1ADDA0"/>
    <w:lvl w:ilvl="0" w:tplc="E9DC3718">
      <w:start w:val="1"/>
      <w:numFmt w:val="bullet"/>
      <w:lvlText w:val=""/>
      <w:lvlJc w:val="left"/>
      <w:pPr>
        <w:ind w:left="720" w:hanging="360"/>
      </w:pPr>
      <w:rPr>
        <w:rFonts w:ascii="Symbol" w:hAnsi="Symbol" w:hint="default"/>
      </w:rPr>
    </w:lvl>
    <w:lvl w:ilvl="1" w:tplc="1B4E029E">
      <w:start w:val="1"/>
      <w:numFmt w:val="bullet"/>
      <w:lvlText w:val="o"/>
      <w:lvlJc w:val="left"/>
      <w:pPr>
        <w:ind w:left="1440" w:hanging="360"/>
      </w:pPr>
      <w:rPr>
        <w:rFonts w:ascii="Courier New" w:hAnsi="Courier New" w:hint="default"/>
      </w:rPr>
    </w:lvl>
    <w:lvl w:ilvl="2" w:tplc="D6B094C2">
      <w:start w:val="1"/>
      <w:numFmt w:val="bullet"/>
      <w:lvlText w:val=""/>
      <w:lvlJc w:val="left"/>
      <w:pPr>
        <w:ind w:left="2160" w:hanging="360"/>
      </w:pPr>
      <w:rPr>
        <w:rFonts w:ascii="Wingdings" w:hAnsi="Wingdings" w:hint="default"/>
      </w:rPr>
    </w:lvl>
    <w:lvl w:ilvl="3" w:tplc="3C3C3E78">
      <w:start w:val="1"/>
      <w:numFmt w:val="bullet"/>
      <w:lvlText w:val=""/>
      <w:lvlJc w:val="left"/>
      <w:pPr>
        <w:ind w:left="2880" w:hanging="360"/>
      </w:pPr>
      <w:rPr>
        <w:rFonts w:ascii="Symbol" w:hAnsi="Symbol" w:hint="default"/>
      </w:rPr>
    </w:lvl>
    <w:lvl w:ilvl="4" w:tplc="FB7EB75A">
      <w:start w:val="1"/>
      <w:numFmt w:val="bullet"/>
      <w:lvlText w:val="o"/>
      <w:lvlJc w:val="left"/>
      <w:pPr>
        <w:ind w:left="3600" w:hanging="360"/>
      </w:pPr>
      <w:rPr>
        <w:rFonts w:ascii="Courier New" w:hAnsi="Courier New" w:hint="default"/>
      </w:rPr>
    </w:lvl>
    <w:lvl w:ilvl="5" w:tplc="727A11C2">
      <w:start w:val="1"/>
      <w:numFmt w:val="bullet"/>
      <w:lvlText w:val=""/>
      <w:lvlJc w:val="left"/>
      <w:pPr>
        <w:ind w:left="4320" w:hanging="360"/>
      </w:pPr>
      <w:rPr>
        <w:rFonts w:ascii="Wingdings" w:hAnsi="Wingdings" w:hint="default"/>
      </w:rPr>
    </w:lvl>
    <w:lvl w:ilvl="6" w:tplc="BF14D90C">
      <w:start w:val="1"/>
      <w:numFmt w:val="bullet"/>
      <w:lvlText w:val=""/>
      <w:lvlJc w:val="left"/>
      <w:pPr>
        <w:ind w:left="5040" w:hanging="360"/>
      </w:pPr>
      <w:rPr>
        <w:rFonts w:ascii="Symbol" w:hAnsi="Symbol" w:hint="default"/>
      </w:rPr>
    </w:lvl>
    <w:lvl w:ilvl="7" w:tplc="36E2F190">
      <w:start w:val="1"/>
      <w:numFmt w:val="bullet"/>
      <w:lvlText w:val="o"/>
      <w:lvlJc w:val="left"/>
      <w:pPr>
        <w:ind w:left="5760" w:hanging="360"/>
      </w:pPr>
      <w:rPr>
        <w:rFonts w:ascii="Courier New" w:hAnsi="Courier New" w:hint="default"/>
      </w:rPr>
    </w:lvl>
    <w:lvl w:ilvl="8" w:tplc="E7B6B75E">
      <w:start w:val="1"/>
      <w:numFmt w:val="bullet"/>
      <w:lvlText w:val=""/>
      <w:lvlJc w:val="left"/>
      <w:pPr>
        <w:ind w:left="6480" w:hanging="360"/>
      </w:pPr>
      <w:rPr>
        <w:rFonts w:ascii="Wingdings" w:hAnsi="Wingdings" w:hint="default"/>
      </w:rPr>
    </w:lvl>
  </w:abstractNum>
  <w:abstractNum w:abstractNumId="34" w15:restartNumberingAfterBreak="0">
    <w:nsid w:val="648D2868"/>
    <w:multiLevelType w:val="hybridMultilevel"/>
    <w:tmpl w:val="31D4DD56"/>
    <w:lvl w:ilvl="0" w:tplc="A8A68632">
      <w:start w:val="1"/>
      <w:numFmt w:val="bullet"/>
      <w:lvlText w:val=""/>
      <w:lvlJc w:val="left"/>
      <w:pPr>
        <w:ind w:left="720" w:hanging="360"/>
      </w:pPr>
      <w:rPr>
        <w:rFonts w:ascii="Symbol" w:hAnsi="Symbol" w:hint="default"/>
      </w:rPr>
    </w:lvl>
    <w:lvl w:ilvl="1" w:tplc="C5B8BBF8">
      <w:start w:val="1"/>
      <w:numFmt w:val="bullet"/>
      <w:lvlText w:val="o"/>
      <w:lvlJc w:val="left"/>
      <w:pPr>
        <w:ind w:left="1440" w:hanging="360"/>
      </w:pPr>
      <w:rPr>
        <w:rFonts w:ascii="Courier New" w:hAnsi="Courier New" w:hint="default"/>
      </w:rPr>
    </w:lvl>
    <w:lvl w:ilvl="2" w:tplc="91588ADC">
      <w:start w:val="1"/>
      <w:numFmt w:val="bullet"/>
      <w:lvlText w:val=""/>
      <w:lvlJc w:val="left"/>
      <w:pPr>
        <w:ind w:left="2160" w:hanging="360"/>
      </w:pPr>
      <w:rPr>
        <w:rFonts w:ascii="Wingdings" w:hAnsi="Wingdings" w:hint="default"/>
      </w:rPr>
    </w:lvl>
    <w:lvl w:ilvl="3" w:tplc="9FDC5AF0">
      <w:start w:val="1"/>
      <w:numFmt w:val="bullet"/>
      <w:lvlText w:val=""/>
      <w:lvlJc w:val="left"/>
      <w:pPr>
        <w:ind w:left="2880" w:hanging="360"/>
      </w:pPr>
      <w:rPr>
        <w:rFonts w:ascii="Symbol" w:hAnsi="Symbol" w:hint="default"/>
      </w:rPr>
    </w:lvl>
    <w:lvl w:ilvl="4" w:tplc="3836BC44">
      <w:start w:val="1"/>
      <w:numFmt w:val="bullet"/>
      <w:lvlText w:val="o"/>
      <w:lvlJc w:val="left"/>
      <w:pPr>
        <w:ind w:left="3600" w:hanging="360"/>
      </w:pPr>
      <w:rPr>
        <w:rFonts w:ascii="Courier New" w:hAnsi="Courier New" w:hint="default"/>
      </w:rPr>
    </w:lvl>
    <w:lvl w:ilvl="5" w:tplc="2230F23A">
      <w:start w:val="1"/>
      <w:numFmt w:val="bullet"/>
      <w:lvlText w:val=""/>
      <w:lvlJc w:val="left"/>
      <w:pPr>
        <w:ind w:left="4320" w:hanging="360"/>
      </w:pPr>
      <w:rPr>
        <w:rFonts w:ascii="Wingdings" w:hAnsi="Wingdings" w:hint="default"/>
      </w:rPr>
    </w:lvl>
    <w:lvl w:ilvl="6" w:tplc="3AD67364">
      <w:start w:val="1"/>
      <w:numFmt w:val="bullet"/>
      <w:lvlText w:val=""/>
      <w:lvlJc w:val="left"/>
      <w:pPr>
        <w:ind w:left="5040" w:hanging="360"/>
      </w:pPr>
      <w:rPr>
        <w:rFonts w:ascii="Symbol" w:hAnsi="Symbol" w:hint="default"/>
      </w:rPr>
    </w:lvl>
    <w:lvl w:ilvl="7" w:tplc="4C0E24AE">
      <w:start w:val="1"/>
      <w:numFmt w:val="bullet"/>
      <w:lvlText w:val="o"/>
      <w:lvlJc w:val="left"/>
      <w:pPr>
        <w:ind w:left="5760" w:hanging="360"/>
      </w:pPr>
      <w:rPr>
        <w:rFonts w:ascii="Courier New" w:hAnsi="Courier New" w:hint="default"/>
      </w:rPr>
    </w:lvl>
    <w:lvl w:ilvl="8" w:tplc="9C10AF9A">
      <w:start w:val="1"/>
      <w:numFmt w:val="bullet"/>
      <w:lvlText w:val=""/>
      <w:lvlJc w:val="left"/>
      <w:pPr>
        <w:ind w:left="6480" w:hanging="360"/>
      </w:pPr>
      <w:rPr>
        <w:rFonts w:ascii="Wingdings" w:hAnsi="Wingdings" w:hint="default"/>
      </w:rPr>
    </w:lvl>
  </w:abstractNum>
  <w:abstractNum w:abstractNumId="35" w15:restartNumberingAfterBreak="0">
    <w:nsid w:val="66087B2F"/>
    <w:multiLevelType w:val="hybridMultilevel"/>
    <w:tmpl w:val="23863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481608"/>
    <w:multiLevelType w:val="hybridMultilevel"/>
    <w:tmpl w:val="C88EA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94CB89"/>
    <w:multiLevelType w:val="hybridMultilevel"/>
    <w:tmpl w:val="72548522"/>
    <w:lvl w:ilvl="0" w:tplc="11B012D6">
      <w:start w:val="1"/>
      <w:numFmt w:val="bullet"/>
      <w:lvlText w:val=""/>
      <w:lvlJc w:val="left"/>
      <w:pPr>
        <w:ind w:left="720" w:hanging="360"/>
      </w:pPr>
      <w:rPr>
        <w:rFonts w:ascii="Symbol" w:hAnsi="Symbol" w:hint="default"/>
      </w:rPr>
    </w:lvl>
    <w:lvl w:ilvl="1" w:tplc="E05CA9F2">
      <w:start w:val="1"/>
      <w:numFmt w:val="bullet"/>
      <w:lvlText w:val="o"/>
      <w:lvlJc w:val="left"/>
      <w:pPr>
        <w:ind w:left="1440" w:hanging="360"/>
      </w:pPr>
      <w:rPr>
        <w:rFonts w:ascii="Courier New" w:hAnsi="Courier New" w:hint="default"/>
      </w:rPr>
    </w:lvl>
    <w:lvl w:ilvl="2" w:tplc="11FC4432">
      <w:start w:val="1"/>
      <w:numFmt w:val="bullet"/>
      <w:lvlText w:val=""/>
      <w:lvlJc w:val="left"/>
      <w:pPr>
        <w:ind w:left="2160" w:hanging="360"/>
      </w:pPr>
      <w:rPr>
        <w:rFonts w:ascii="Wingdings" w:hAnsi="Wingdings" w:hint="default"/>
      </w:rPr>
    </w:lvl>
    <w:lvl w:ilvl="3" w:tplc="A5FEA19E">
      <w:start w:val="1"/>
      <w:numFmt w:val="bullet"/>
      <w:lvlText w:val=""/>
      <w:lvlJc w:val="left"/>
      <w:pPr>
        <w:ind w:left="2880" w:hanging="360"/>
      </w:pPr>
      <w:rPr>
        <w:rFonts w:ascii="Symbol" w:hAnsi="Symbol" w:hint="default"/>
      </w:rPr>
    </w:lvl>
    <w:lvl w:ilvl="4" w:tplc="B77A6A42">
      <w:start w:val="1"/>
      <w:numFmt w:val="bullet"/>
      <w:lvlText w:val="o"/>
      <w:lvlJc w:val="left"/>
      <w:pPr>
        <w:ind w:left="3600" w:hanging="360"/>
      </w:pPr>
      <w:rPr>
        <w:rFonts w:ascii="Courier New" w:hAnsi="Courier New" w:hint="default"/>
      </w:rPr>
    </w:lvl>
    <w:lvl w:ilvl="5" w:tplc="013EEA08">
      <w:start w:val="1"/>
      <w:numFmt w:val="bullet"/>
      <w:lvlText w:val=""/>
      <w:lvlJc w:val="left"/>
      <w:pPr>
        <w:ind w:left="4320" w:hanging="360"/>
      </w:pPr>
      <w:rPr>
        <w:rFonts w:ascii="Wingdings" w:hAnsi="Wingdings" w:hint="default"/>
      </w:rPr>
    </w:lvl>
    <w:lvl w:ilvl="6" w:tplc="B19C4520">
      <w:start w:val="1"/>
      <w:numFmt w:val="bullet"/>
      <w:lvlText w:val=""/>
      <w:lvlJc w:val="left"/>
      <w:pPr>
        <w:ind w:left="5040" w:hanging="360"/>
      </w:pPr>
      <w:rPr>
        <w:rFonts w:ascii="Symbol" w:hAnsi="Symbol" w:hint="default"/>
      </w:rPr>
    </w:lvl>
    <w:lvl w:ilvl="7" w:tplc="57A845D4">
      <w:start w:val="1"/>
      <w:numFmt w:val="bullet"/>
      <w:lvlText w:val="o"/>
      <w:lvlJc w:val="left"/>
      <w:pPr>
        <w:ind w:left="5760" w:hanging="360"/>
      </w:pPr>
      <w:rPr>
        <w:rFonts w:ascii="Courier New" w:hAnsi="Courier New" w:hint="default"/>
      </w:rPr>
    </w:lvl>
    <w:lvl w:ilvl="8" w:tplc="3F6428A4">
      <w:start w:val="1"/>
      <w:numFmt w:val="bullet"/>
      <w:lvlText w:val=""/>
      <w:lvlJc w:val="left"/>
      <w:pPr>
        <w:ind w:left="6480" w:hanging="360"/>
      </w:pPr>
      <w:rPr>
        <w:rFonts w:ascii="Wingdings" w:hAnsi="Wingdings" w:hint="default"/>
      </w:rPr>
    </w:lvl>
  </w:abstractNum>
  <w:abstractNum w:abstractNumId="38" w15:restartNumberingAfterBreak="0">
    <w:nsid w:val="7496483C"/>
    <w:multiLevelType w:val="hybridMultilevel"/>
    <w:tmpl w:val="FA842A94"/>
    <w:lvl w:ilvl="0" w:tplc="DD3A7416">
      <w:start w:val="1"/>
      <w:numFmt w:val="bullet"/>
      <w:lvlText w:val=""/>
      <w:lvlJc w:val="left"/>
      <w:pPr>
        <w:ind w:left="720" w:hanging="360"/>
      </w:pPr>
      <w:rPr>
        <w:rFonts w:ascii="Symbol" w:hAnsi="Symbol" w:hint="default"/>
      </w:rPr>
    </w:lvl>
    <w:lvl w:ilvl="1" w:tplc="00CAAB1C">
      <w:start w:val="1"/>
      <w:numFmt w:val="bullet"/>
      <w:lvlText w:val="o"/>
      <w:lvlJc w:val="left"/>
      <w:pPr>
        <w:ind w:left="1440" w:hanging="360"/>
      </w:pPr>
      <w:rPr>
        <w:rFonts w:ascii="Courier New" w:hAnsi="Courier New" w:hint="default"/>
      </w:rPr>
    </w:lvl>
    <w:lvl w:ilvl="2" w:tplc="F76A23FC">
      <w:start w:val="1"/>
      <w:numFmt w:val="bullet"/>
      <w:lvlText w:val=""/>
      <w:lvlJc w:val="left"/>
      <w:pPr>
        <w:ind w:left="2160" w:hanging="360"/>
      </w:pPr>
      <w:rPr>
        <w:rFonts w:ascii="Wingdings" w:hAnsi="Wingdings" w:hint="default"/>
      </w:rPr>
    </w:lvl>
    <w:lvl w:ilvl="3" w:tplc="E45C5C70">
      <w:start w:val="1"/>
      <w:numFmt w:val="bullet"/>
      <w:lvlText w:val=""/>
      <w:lvlJc w:val="left"/>
      <w:pPr>
        <w:ind w:left="2880" w:hanging="360"/>
      </w:pPr>
      <w:rPr>
        <w:rFonts w:ascii="Symbol" w:hAnsi="Symbol" w:hint="default"/>
      </w:rPr>
    </w:lvl>
    <w:lvl w:ilvl="4" w:tplc="9E2CA846">
      <w:start w:val="1"/>
      <w:numFmt w:val="bullet"/>
      <w:lvlText w:val="o"/>
      <w:lvlJc w:val="left"/>
      <w:pPr>
        <w:ind w:left="3600" w:hanging="360"/>
      </w:pPr>
      <w:rPr>
        <w:rFonts w:ascii="Courier New" w:hAnsi="Courier New" w:hint="default"/>
      </w:rPr>
    </w:lvl>
    <w:lvl w:ilvl="5" w:tplc="12103C14">
      <w:start w:val="1"/>
      <w:numFmt w:val="bullet"/>
      <w:lvlText w:val=""/>
      <w:lvlJc w:val="left"/>
      <w:pPr>
        <w:ind w:left="4320" w:hanging="360"/>
      </w:pPr>
      <w:rPr>
        <w:rFonts w:ascii="Wingdings" w:hAnsi="Wingdings" w:hint="default"/>
      </w:rPr>
    </w:lvl>
    <w:lvl w:ilvl="6" w:tplc="3A24FEA4">
      <w:start w:val="1"/>
      <w:numFmt w:val="bullet"/>
      <w:lvlText w:val=""/>
      <w:lvlJc w:val="left"/>
      <w:pPr>
        <w:ind w:left="5040" w:hanging="360"/>
      </w:pPr>
      <w:rPr>
        <w:rFonts w:ascii="Symbol" w:hAnsi="Symbol" w:hint="default"/>
      </w:rPr>
    </w:lvl>
    <w:lvl w:ilvl="7" w:tplc="80A00FA6">
      <w:start w:val="1"/>
      <w:numFmt w:val="bullet"/>
      <w:lvlText w:val="o"/>
      <w:lvlJc w:val="left"/>
      <w:pPr>
        <w:ind w:left="5760" w:hanging="360"/>
      </w:pPr>
      <w:rPr>
        <w:rFonts w:ascii="Courier New" w:hAnsi="Courier New" w:hint="default"/>
      </w:rPr>
    </w:lvl>
    <w:lvl w:ilvl="8" w:tplc="D64A70BE">
      <w:start w:val="1"/>
      <w:numFmt w:val="bullet"/>
      <w:lvlText w:val=""/>
      <w:lvlJc w:val="left"/>
      <w:pPr>
        <w:ind w:left="6480" w:hanging="360"/>
      </w:pPr>
      <w:rPr>
        <w:rFonts w:ascii="Wingdings" w:hAnsi="Wingdings" w:hint="default"/>
      </w:rPr>
    </w:lvl>
  </w:abstractNum>
  <w:abstractNum w:abstractNumId="39" w15:restartNumberingAfterBreak="0">
    <w:nsid w:val="79BA0166"/>
    <w:multiLevelType w:val="hybridMultilevel"/>
    <w:tmpl w:val="A8EAC47A"/>
    <w:lvl w:ilvl="0" w:tplc="2CC25678">
      <w:start w:val="1"/>
      <w:numFmt w:val="bullet"/>
      <w:lvlText w:val=""/>
      <w:lvlJc w:val="left"/>
      <w:pPr>
        <w:ind w:left="720" w:hanging="360"/>
      </w:pPr>
      <w:rPr>
        <w:rFonts w:ascii="Symbol" w:hAnsi="Symbol" w:hint="default"/>
      </w:rPr>
    </w:lvl>
    <w:lvl w:ilvl="1" w:tplc="941C7A16">
      <w:start w:val="1"/>
      <w:numFmt w:val="bullet"/>
      <w:lvlText w:val="o"/>
      <w:lvlJc w:val="left"/>
      <w:pPr>
        <w:ind w:left="1440" w:hanging="360"/>
      </w:pPr>
      <w:rPr>
        <w:rFonts w:ascii="Courier New" w:hAnsi="Courier New" w:hint="default"/>
      </w:rPr>
    </w:lvl>
    <w:lvl w:ilvl="2" w:tplc="3D706770">
      <w:start w:val="1"/>
      <w:numFmt w:val="bullet"/>
      <w:lvlText w:val=""/>
      <w:lvlJc w:val="left"/>
      <w:pPr>
        <w:ind w:left="2160" w:hanging="360"/>
      </w:pPr>
      <w:rPr>
        <w:rFonts w:ascii="Wingdings" w:hAnsi="Wingdings" w:hint="default"/>
      </w:rPr>
    </w:lvl>
    <w:lvl w:ilvl="3" w:tplc="B55C31FC">
      <w:start w:val="1"/>
      <w:numFmt w:val="bullet"/>
      <w:lvlText w:val=""/>
      <w:lvlJc w:val="left"/>
      <w:pPr>
        <w:ind w:left="2880" w:hanging="360"/>
      </w:pPr>
      <w:rPr>
        <w:rFonts w:ascii="Symbol" w:hAnsi="Symbol" w:hint="default"/>
      </w:rPr>
    </w:lvl>
    <w:lvl w:ilvl="4" w:tplc="E402BC44">
      <w:start w:val="1"/>
      <w:numFmt w:val="bullet"/>
      <w:lvlText w:val="o"/>
      <w:lvlJc w:val="left"/>
      <w:pPr>
        <w:ind w:left="3600" w:hanging="360"/>
      </w:pPr>
      <w:rPr>
        <w:rFonts w:ascii="Courier New" w:hAnsi="Courier New" w:hint="default"/>
      </w:rPr>
    </w:lvl>
    <w:lvl w:ilvl="5" w:tplc="32929A92">
      <w:start w:val="1"/>
      <w:numFmt w:val="bullet"/>
      <w:lvlText w:val=""/>
      <w:lvlJc w:val="left"/>
      <w:pPr>
        <w:ind w:left="4320" w:hanging="360"/>
      </w:pPr>
      <w:rPr>
        <w:rFonts w:ascii="Wingdings" w:hAnsi="Wingdings" w:hint="default"/>
      </w:rPr>
    </w:lvl>
    <w:lvl w:ilvl="6" w:tplc="500066BC">
      <w:start w:val="1"/>
      <w:numFmt w:val="bullet"/>
      <w:lvlText w:val=""/>
      <w:lvlJc w:val="left"/>
      <w:pPr>
        <w:ind w:left="5040" w:hanging="360"/>
      </w:pPr>
      <w:rPr>
        <w:rFonts w:ascii="Symbol" w:hAnsi="Symbol" w:hint="default"/>
      </w:rPr>
    </w:lvl>
    <w:lvl w:ilvl="7" w:tplc="C4E03D12">
      <w:start w:val="1"/>
      <w:numFmt w:val="bullet"/>
      <w:lvlText w:val="o"/>
      <w:lvlJc w:val="left"/>
      <w:pPr>
        <w:ind w:left="5760" w:hanging="360"/>
      </w:pPr>
      <w:rPr>
        <w:rFonts w:ascii="Courier New" w:hAnsi="Courier New" w:hint="default"/>
      </w:rPr>
    </w:lvl>
    <w:lvl w:ilvl="8" w:tplc="4756FD22">
      <w:start w:val="1"/>
      <w:numFmt w:val="bullet"/>
      <w:lvlText w:val=""/>
      <w:lvlJc w:val="left"/>
      <w:pPr>
        <w:ind w:left="6480" w:hanging="360"/>
      </w:pPr>
      <w:rPr>
        <w:rFonts w:ascii="Wingdings" w:hAnsi="Wingdings" w:hint="default"/>
      </w:rPr>
    </w:lvl>
  </w:abstractNum>
  <w:abstractNum w:abstractNumId="40" w15:restartNumberingAfterBreak="0">
    <w:nsid w:val="7BF52DD8"/>
    <w:multiLevelType w:val="hybridMultilevel"/>
    <w:tmpl w:val="D842D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93A734"/>
    <w:multiLevelType w:val="hybridMultilevel"/>
    <w:tmpl w:val="FB3CD242"/>
    <w:lvl w:ilvl="0" w:tplc="C9844F4E">
      <w:start w:val="1"/>
      <w:numFmt w:val="bullet"/>
      <w:lvlText w:val=""/>
      <w:lvlJc w:val="left"/>
      <w:pPr>
        <w:ind w:left="1080" w:hanging="360"/>
      </w:pPr>
      <w:rPr>
        <w:rFonts w:ascii="Symbol" w:hAnsi="Symbol" w:hint="default"/>
      </w:rPr>
    </w:lvl>
    <w:lvl w:ilvl="1" w:tplc="EBDA9A04">
      <w:start w:val="1"/>
      <w:numFmt w:val="bullet"/>
      <w:lvlText w:val="o"/>
      <w:lvlJc w:val="left"/>
      <w:pPr>
        <w:ind w:left="1800" w:hanging="360"/>
      </w:pPr>
      <w:rPr>
        <w:rFonts w:ascii="Courier New" w:hAnsi="Courier New" w:hint="default"/>
      </w:rPr>
    </w:lvl>
    <w:lvl w:ilvl="2" w:tplc="26D07328">
      <w:start w:val="1"/>
      <w:numFmt w:val="bullet"/>
      <w:lvlText w:val=""/>
      <w:lvlJc w:val="left"/>
      <w:pPr>
        <w:ind w:left="2520" w:hanging="360"/>
      </w:pPr>
      <w:rPr>
        <w:rFonts w:ascii="Wingdings" w:hAnsi="Wingdings" w:hint="default"/>
      </w:rPr>
    </w:lvl>
    <w:lvl w:ilvl="3" w:tplc="1FA2EA7C">
      <w:start w:val="1"/>
      <w:numFmt w:val="bullet"/>
      <w:lvlText w:val=""/>
      <w:lvlJc w:val="left"/>
      <w:pPr>
        <w:ind w:left="3240" w:hanging="360"/>
      </w:pPr>
      <w:rPr>
        <w:rFonts w:ascii="Symbol" w:hAnsi="Symbol" w:hint="default"/>
      </w:rPr>
    </w:lvl>
    <w:lvl w:ilvl="4" w:tplc="1B5E610A">
      <w:start w:val="1"/>
      <w:numFmt w:val="bullet"/>
      <w:lvlText w:val="o"/>
      <w:lvlJc w:val="left"/>
      <w:pPr>
        <w:ind w:left="3960" w:hanging="360"/>
      </w:pPr>
      <w:rPr>
        <w:rFonts w:ascii="Courier New" w:hAnsi="Courier New" w:hint="default"/>
      </w:rPr>
    </w:lvl>
    <w:lvl w:ilvl="5" w:tplc="3618A8C2">
      <w:start w:val="1"/>
      <w:numFmt w:val="bullet"/>
      <w:lvlText w:val=""/>
      <w:lvlJc w:val="left"/>
      <w:pPr>
        <w:ind w:left="4680" w:hanging="360"/>
      </w:pPr>
      <w:rPr>
        <w:rFonts w:ascii="Wingdings" w:hAnsi="Wingdings" w:hint="default"/>
      </w:rPr>
    </w:lvl>
    <w:lvl w:ilvl="6" w:tplc="B8BEE1EA">
      <w:start w:val="1"/>
      <w:numFmt w:val="bullet"/>
      <w:lvlText w:val=""/>
      <w:lvlJc w:val="left"/>
      <w:pPr>
        <w:ind w:left="5400" w:hanging="360"/>
      </w:pPr>
      <w:rPr>
        <w:rFonts w:ascii="Symbol" w:hAnsi="Symbol" w:hint="default"/>
      </w:rPr>
    </w:lvl>
    <w:lvl w:ilvl="7" w:tplc="63FE96B0">
      <w:start w:val="1"/>
      <w:numFmt w:val="bullet"/>
      <w:lvlText w:val="o"/>
      <w:lvlJc w:val="left"/>
      <w:pPr>
        <w:ind w:left="6120" w:hanging="360"/>
      </w:pPr>
      <w:rPr>
        <w:rFonts w:ascii="Courier New" w:hAnsi="Courier New" w:hint="default"/>
      </w:rPr>
    </w:lvl>
    <w:lvl w:ilvl="8" w:tplc="8DEAE346">
      <w:start w:val="1"/>
      <w:numFmt w:val="bullet"/>
      <w:lvlText w:val=""/>
      <w:lvlJc w:val="left"/>
      <w:pPr>
        <w:ind w:left="6840" w:hanging="360"/>
      </w:pPr>
      <w:rPr>
        <w:rFonts w:ascii="Wingdings" w:hAnsi="Wingdings" w:hint="default"/>
      </w:rPr>
    </w:lvl>
  </w:abstractNum>
  <w:num w:numId="1" w16cid:durableId="2103529228">
    <w:abstractNumId w:val="19"/>
  </w:num>
  <w:num w:numId="2" w16cid:durableId="1650865900">
    <w:abstractNumId w:val="31"/>
  </w:num>
  <w:num w:numId="3" w16cid:durableId="709301481">
    <w:abstractNumId w:val="14"/>
  </w:num>
  <w:num w:numId="4" w16cid:durableId="1792506713">
    <w:abstractNumId w:val="27"/>
  </w:num>
  <w:num w:numId="5" w16cid:durableId="1411199983">
    <w:abstractNumId w:val="22"/>
  </w:num>
  <w:num w:numId="6" w16cid:durableId="384987225">
    <w:abstractNumId w:val="39"/>
  </w:num>
  <w:num w:numId="7" w16cid:durableId="579141851">
    <w:abstractNumId w:val="9"/>
  </w:num>
  <w:num w:numId="8" w16cid:durableId="1828783885">
    <w:abstractNumId w:val="29"/>
  </w:num>
  <w:num w:numId="9" w16cid:durableId="844248097">
    <w:abstractNumId w:val="20"/>
  </w:num>
  <w:num w:numId="10" w16cid:durableId="1201473860">
    <w:abstractNumId w:val="38"/>
  </w:num>
  <w:num w:numId="11" w16cid:durableId="1548837162">
    <w:abstractNumId w:val="21"/>
  </w:num>
  <w:num w:numId="12" w16cid:durableId="1488479551">
    <w:abstractNumId w:val="16"/>
  </w:num>
  <w:num w:numId="13" w16cid:durableId="181284396">
    <w:abstractNumId w:val="12"/>
  </w:num>
  <w:num w:numId="14" w16cid:durableId="1491753960">
    <w:abstractNumId w:val="10"/>
  </w:num>
  <w:num w:numId="15" w16cid:durableId="53161724">
    <w:abstractNumId w:val="23"/>
  </w:num>
  <w:num w:numId="16" w16cid:durableId="510293412">
    <w:abstractNumId w:val="33"/>
  </w:num>
  <w:num w:numId="17" w16cid:durableId="1004089008">
    <w:abstractNumId w:val="26"/>
  </w:num>
  <w:num w:numId="18" w16cid:durableId="662197897">
    <w:abstractNumId w:val="32"/>
  </w:num>
  <w:num w:numId="19" w16cid:durableId="836189827">
    <w:abstractNumId w:val="17"/>
  </w:num>
  <w:num w:numId="20" w16cid:durableId="1133333419">
    <w:abstractNumId w:val="24"/>
  </w:num>
  <w:num w:numId="21" w16cid:durableId="282924200">
    <w:abstractNumId w:val="13"/>
  </w:num>
  <w:num w:numId="22" w16cid:durableId="2053310185">
    <w:abstractNumId w:val="34"/>
  </w:num>
  <w:num w:numId="23" w16cid:durableId="1792936108">
    <w:abstractNumId w:val="41"/>
  </w:num>
  <w:num w:numId="24" w16cid:durableId="751316492">
    <w:abstractNumId w:val="37"/>
  </w:num>
  <w:num w:numId="25" w16cid:durableId="201215139">
    <w:abstractNumId w:val="11"/>
  </w:num>
  <w:num w:numId="26" w16cid:durableId="2100133325">
    <w:abstractNumId w:val="8"/>
  </w:num>
  <w:num w:numId="27" w16cid:durableId="1810130974">
    <w:abstractNumId w:val="6"/>
  </w:num>
  <w:num w:numId="28" w16cid:durableId="912423939">
    <w:abstractNumId w:val="5"/>
  </w:num>
  <w:num w:numId="29" w16cid:durableId="1975064761">
    <w:abstractNumId w:val="4"/>
  </w:num>
  <w:num w:numId="30" w16cid:durableId="553664990">
    <w:abstractNumId w:val="7"/>
  </w:num>
  <w:num w:numId="31" w16cid:durableId="767241049">
    <w:abstractNumId w:val="3"/>
  </w:num>
  <w:num w:numId="32" w16cid:durableId="1801722785">
    <w:abstractNumId w:val="2"/>
  </w:num>
  <w:num w:numId="33" w16cid:durableId="2094349983">
    <w:abstractNumId w:val="1"/>
  </w:num>
  <w:num w:numId="34" w16cid:durableId="314383914">
    <w:abstractNumId w:val="0"/>
  </w:num>
  <w:num w:numId="35" w16cid:durableId="1417901636">
    <w:abstractNumId w:val="30"/>
  </w:num>
  <w:num w:numId="36" w16cid:durableId="764156354">
    <w:abstractNumId w:val="28"/>
  </w:num>
  <w:num w:numId="37" w16cid:durableId="1750929693">
    <w:abstractNumId w:val="18"/>
  </w:num>
  <w:num w:numId="38" w16cid:durableId="1686594711">
    <w:abstractNumId w:val="25"/>
  </w:num>
  <w:num w:numId="39" w16cid:durableId="746925351">
    <w:abstractNumId w:val="35"/>
  </w:num>
  <w:num w:numId="40" w16cid:durableId="1754161087">
    <w:abstractNumId w:val="40"/>
  </w:num>
  <w:num w:numId="41" w16cid:durableId="923218997">
    <w:abstractNumId w:val="15"/>
  </w:num>
  <w:num w:numId="42" w16cid:durableId="115796373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746"/>
    <w:rsid w:val="0006063C"/>
    <w:rsid w:val="00091706"/>
    <w:rsid w:val="00103264"/>
    <w:rsid w:val="0015074B"/>
    <w:rsid w:val="00191A8C"/>
    <w:rsid w:val="0029639D"/>
    <w:rsid w:val="002B38DD"/>
    <w:rsid w:val="00322429"/>
    <w:rsid w:val="00326F90"/>
    <w:rsid w:val="003C26E8"/>
    <w:rsid w:val="004A73A3"/>
    <w:rsid w:val="00575B21"/>
    <w:rsid w:val="00586F06"/>
    <w:rsid w:val="00632FAD"/>
    <w:rsid w:val="006800F7"/>
    <w:rsid w:val="006E55B0"/>
    <w:rsid w:val="007314CE"/>
    <w:rsid w:val="00860663"/>
    <w:rsid w:val="00876D67"/>
    <w:rsid w:val="008E520E"/>
    <w:rsid w:val="00A66B71"/>
    <w:rsid w:val="00A82997"/>
    <w:rsid w:val="00AA1D8D"/>
    <w:rsid w:val="00AD19C1"/>
    <w:rsid w:val="00B47730"/>
    <w:rsid w:val="00C3711E"/>
    <w:rsid w:val="00CB0664"/>
    <w:rsid w:val="00E1FCD5"/>
    <w:rsid w:val="00E7689B"/>
    <w:rsid w:val="00E90799"/>
    <w:rsid w:val="00FC693F"/>
    <w:rsid w:val="0146FD6F"/>
    <w:rsid w:val="0186B618"/>
    <w:rsid w:val="0186DB47"/>
    <w:rsid w:val="01EF16B2"/>
    <w:rsid w:val="02340274"/>
    <w:rsid w:val="034D4471"/>
    <w:rsid w:val="035653EE"/>
    <w:rsid w:val="04BE0776"/>
    <w:rsid w:val="05D817D6"/>
    <w:rsid w:val="0653B877"/>
    <w:rsid w:val="06CC92C6"/>
    <w:rsid w:val="0782C86B"/>
    <w:rsid w:val="07952D08"/>
    <w:rsid w:val="0795E4D4"/>
    <w:rsid w:val="080D81E5"/>
    <w:rsid w:val="09702B0D"/>
    <w:rsid w:val="0A1EC85F"/>
    <w:rsid w:val="0AA9EE67"/>
    <w:rsid w:val="0B548D29"/>
    <w:rsid w:val="0BCA1505"/>
    <w:rsid w:val="0C04A05D"/>
    <w:rsid w:val="0D440C50"/>
    <w:rsid w:val="0DA62F58"/>
    <w:rsid w:val="0ED6A6ED"/>
    <w:rsid w:val="0F7102E9"/>
    <w:rsid w:val="0FFD2395"/>
    <w:rsid w:val="12326879"/>
    <w:rsid w:val="128C4DA0"/>
    <w:rsid w:val="15C29812"/>
    <w:rsid w:val="16E18472"/>
    <w:rsid w:val="1701D472"/>
    <w:rsid w:val="185178FB"/>
    <w:rsid w:val="195F389E"/>
    <w:rsid w:val="19DFD030"/>
    <w:rsid w:val="1A02BE44"/>
    <w:rsid w:val="1B5B1832"/>
    <w:rsid w:val="1BFD5AEE"/>
    <w:rsid w:val="1D022CE0"/>
    <w:rsid w:val="1D9FEEAC"/>
    <w:rsid w:val="1DC82BE4"/>
    <w:rsid w:val="1E033D31"/>
    <w:rsid w:val="1E1B7F00"/>
    <w:rsid w:val="1FCDD42D"/>
    <w:rsid w:val="202D6192"/>
    <w:rsid w:val="2049EBBB"/>
    <w:rsid w:val="21962E0A"/>
    <w:rsid w:val="2228584D"/>
    <w:rsid w:val="2257D76E"/>
    <w:rsid w:val="2297A48B"/>
    <w:rsid w:val="22FACDA6"/>
    <w:rsid w:val="232EBC2F"/>
    <w:rsid w:val="245F3D02"/>
    <w:rsid w:val="24876823"/>
    <w:rsid w:val="250BF1C0"/>
    <w:rsid w:val="255FF108"/>
    <w:rsid w:val="25623C2F"/>
    <w:rsid w:val="25BA8542"/>
    <w:rsid w:val="261F6992"/>
    <w:rsid w:val="26500D7F"/>
    <w:rsid w:val="26A87712"/>
    <w:rsid w:val="274A8608"/>
    <w:rsid w:val="292F662B"/>
    <w:rsid w:val="297542B9"/>
    <w:rsid w:val="2A20B332"/>
    <w:rsid w:val="2B1B3364"/>
    <w:rsid w:val="2B3DFC8E"/>
    <w:rsid w:val="2B4AB740"/>
    <w:rsid w:val="2B56FFF1"/>
    <w:rsid w:val="2BC5C123"/>
    <w:rsid w:val="2BE18313"/>
    <w:rsid w:val="2C099E1B"/>
    <w:rsid w:val="2CD8CB4E"/>
    <w:rsid w:val="2CEEBC90"/>
    <w:rsid w:val="2D4FE617"/>
    <w:rsid w:val="2D9F9815"/>
    <w:rsid w:val="2EA2727E"/>
    <w:rsid w:val="2ECC7633"/>
    <w:rsid w:val="2F9D2933"/>
    <w:rsid w:val="2FA64044"/>
    <w:rsid w:val="30AC6AC9"/>
    <w:rsid w:val="316A85DA"/>
    <w:rsid w:val="317EBF1A"/>
    <w:rsid w:val="3224BEF3"/>
    <w:rsid w:val="32D4B846"/>
    <w:rsid w:val="3312A6C0"/>
    <w:rsid w:val="33A9CC5E"/>
    <w:rsid w:val="33D6FD6A"/>
    <w:rsid w:val="34F0A8AC"/>
    <w:rsid w:val="354CFA6F"/>
    <w:rsid w:val="35FD610B"/>
    <w:rsid w:val="365AA472"/>
    <w:rsid w:val="36A44F16"/>
    <w:rsid w:val="36C0888D"/>
    <w:rsid w:val="36F8EA0C"/>
    <w:rsid w:val="3718D66E"/>
    <w:rsid w:val="37D69AA3"/>
    <w:rsid w:val="38CCED9B"/>
    <w:rsid w:val="38F308DC"/>
    <w:rsid w:val="3919DA3E"/>
    <w:rsid w:val="39B661C5"/>
    <w:rsid w:val="39D03601"/>
    <w:rsid w:val="3A452B24"/>
    <w:rsid w:val="3A5C0B81"/>
    <w:rsid w:val="3A5DAC8E"/>
    <w:rsid w:val="3C76F2CC"/>
    <w:rsid w:val="3CD90E6C"/>
    <w:rsid w:val="3D080EA7"/>
    <w:rsid w:val="3E244227"/>
    <w:rsid w:val="3EE8F0EC"/>
    <w:rsid w:val="3F162A30"/>
    <w:rsid w:val="3F35858D"/>
    <w:rsid w:val="4015A4E6"/>
    <w:rsid w:val="4038BDE6"/>
    <w:rsid w:val="405CCDB3"/>
    <w:rsid w:val="409B27CB"/>
    <w:rsid w:val="41E1291B"/>
    <w:rsid w:val="41EAD124"/>
    <w:rsid w:val="422711C0"/>
    <w:rsid w:val="42CC044F"/>
    <w:rsid w:val="42E3655C"/>
    <w:rsid w:val="438F41C0"/>
    <w:rsid w:val="4417B9BD"/>
    <w:rsid w:val="44A0B15F"/>
    <w:rsid w:val="453DF850"/>
    <w:rsid w:val="45940060"/>
    <w:rsid w:val="4652B051"/>
    <w:rsid w:val="46837552"/>
    <w:rsid w:val="469B3D32"/>
    <w:rsid w:val="48835EC0"/>
    <w:rsid w:val="48B0C372"/>
    <w:rsid w:val="4A6DF924"/>
    <w:rsid w:val="4ABC1712"/>
    <w:rsid w:val="4BED70A7"/>
    <w:rsid w:val="4BFAE9D9"/>
    <w:rsid w:val="4D52C063"/>
    <w:rsid w:val="4E934919"/>
    <w:rsid w:val="4EC28187"/>
    <w:rsid w:val="4FE2ED59"/>
    <w:rsid w:val="508CF7DC"/>
    <w:rsid w:val="51046086"/>
    <w:rsid w:val="514D21BB"/>
    <w:rsid w:val="515D389E"/>
    <w:rsid w:val="5208C16E"/>
    <w:rsid w:val="5335AF9B"/>
    <w:rsid w:val="536394E7"/>
    <w:rsid w:val="53960B28"/>
    <w:rsid w:val="54A628FF"/>
    <w:rsid w:val="54F3258F"/>
    <w:rsid w:val="5601645E"/>
    <w:rsid w:val="5693BDC1"/>
    <w:rsid w:val="572BD8CC"/>
    <w:rsid w:val="57FE30D0"/>
    <w:rsid w:val="5802793B"/>
    <w:rsid w:val="581921ED"/>
    <w:rsid w:val="586AF04D"/>
    <w:rsid w:val="58E739A6"/>
    <w:rsid w:val="5938FEFC"/>
    <w:rsid w:val="598F1679"/>
    <w:rsid w:val="59D38D43"/>
    <w:rsid w:val="5A4B6D85"/>
    <w:rsid w:val="5A951268"/>
    <w:rsid w:val="5AE694CB"/>
    <w:rsid w:val="5AFA45DA"/>
    <w:rsid w:val="5B16ECE8"/>
    <w:rsid w:val="5B53CF44"/>
    <w:rsid w:val="5B85F49E"/>
    <w:rsid w:val="5C471E32"/>
    <w:rsid w:val="5CD4C982"/>
    <w:rsid w:val="5D192E7A"/>
    <w:rsid w:val="5E91FEA4"/>
    <w:rsid w:val="605C3AF8"/>
    <w:rsid w:val="62081FBD"/>
    <w:rsid w:val="63136F97"/>
    <w:rsid w:val="6329046F"/>
    <w:rsid w:val="639D81C4"/>
    <w:rsid w:val="63DFCCE4"/>
    <w:rsid w:val="64211E60"/>
    <w:rsid w:val="6495F337"/>
    <w:rsid w:val="660F8CF9"/>
    <w:rsid w:val="6659EC33"/>
    <w:rsid w:val="66BFE75C"/>
    <w:rsid w:val="67178710"/>
    <w:rsid w:val="67F20FAA"/>
    <w:rsid w:val="694CEC42"/>
    <w:rsid w:val="6991AC74"/>
    <w:rsid w:val="69DBF6AF"/>
    <w:rsid w:val="6CAE03EA"/>
    <w:rsid w:val="6D231BAF"/>
    <w:rsid w:val="6EB08674"/>
    <w:rsid w:val="712AC08F"/>
    <w:rsid w:val="72BD3185"/>
    <w:rsid w:val="73273F44"/>
    <w:rsid w:val="73FE57DB"/>
    <w:rsid w:val="742F7875"/>
    <w:rsid w:val="75317C86"/>
    <w:rsid w:val="75A8BA93"/>
    <w:rsid w:val="75D64811"/>
    <w:rsid w:val="7702C375"/>
    <w:rsid w:val="77107578"/>
    <w:rsid w:val="782D6DF9"/>
    <w:rsid w:val="78E4262F"/>
    <w:rsid w:val="793FE56A"/>
    <w:rsid w:val="795B6FC7"/>
    <w:rsid w:val="7BBE60BE"/>
    <w:rsid w:val="7C023C24"/>
    <w:rsid w:val="7C2443EE"/>
    <w:rsid w:val="7DAAC6FA"/>
    <w:rsid w:val="7DE21D92"/>
    <w:rsid w:val="7E66BE8E"/>
    <w:rsid w:val="7FA5EBF1"/>
    <w:rsid w:val="7FB33136"/>
    <w:rsid w:val="7FCFC3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C467A9B-07C7-4A33-8882-D42D5B920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6"/>
      </w:numPr>
      <w:contextualSpacing/>
    </w:pPr>
  </w:style>
  <w:style w:type="paragraph" w:styleId="ListBullet2">
    <w:name w:val="List Bullet 2"/>
    <w:basedOn w:val="Normal"/>
    <w:uiPriority w:val="99"/>
    <w:unhideWhenUsed/>
    <w:rsid w:val="00326F90"/>
    <w:pPr>
      <w:numPr>
        <w:numId w:val="27"/>
      </w:numPr>
      <w:contextualSpacing/>
    </w:pPr>
  </w:style>
  <w:style w:type="paragraph" w:styleId="ListBullet3">
    <w:name w:val="List Bullet 3"/>
    <w:basedOn w:val="Normal"/>
    <w:uiPriority w:val="99"/>
    <w:unhideWhenUsed/>
    <w:rsid w:val="00326F90"/>
    <w:pPr>
      <w:numPr>
        <w:numId w:val="28"/>
      </w:numPr>
      <w:contextualSpacing/>
    </w:pPr>
  </w:style>
  <w:style w:type="paragraph" w:styleId="ListNumber">
    <w:name w:val="List Number"/>
    <w:basedOn w:val="Normal"/>
    <w:uiPriority w:val="99"/>
    <w:unhideWhenUsed/>
    <w:rsid w:val="00326F90"/>
    <w:pPr>
      <w:numPr>
        <w:numId w:val="30"/>
      </w:numPr>
      <w:contextualSpacing/>
    </w:pPr>
  </w:style>
  <w:style w:type="paragraph" w:styleId="ListNumber2">
    <w:name w:val="List Number 2"/>
    <w:basedOn w:val="Normal"/>
    <w:uiPriority w:val="99"/>
    <w:unhideWhenUsed/>
    <w:rsid w:val="0029639D"/>
    <w:pPr>
      <w:numPr>
        <w:numId w:val="31"/>
      </w:numPr>
      <w:contextualSpacing/>
    </w:pPr>
  </w:style>
  <w:style w:type="paragraph" w:styleId="ListNumber3">
    <w:name w:val="List Number 3"/>
    <w:basedOn w:val="Normal"/>
    <w:uiPriority w:val="99"/>
    <w:unhideWhenUsed/>
    <w:rsid w:val="0029639D"/>
    <w:pPr>
      <w:numPr>
        <w:numId w:val="3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1174624CA836641BE22D1EB9A9E2204" ma:contentTypeVersion="16" ma:contentTypeDescription="Create a new document." ma:contentTypeScope="" ma:versionID="4e392268ae5a65919bb24e56ea048359">
  <xsd:schema xmlns:xsd="http://www.w3.org/2001/XMLSchema" xmlns:xs="http://www.w3.org/2001/XMLSchema" xmlns:p="http://schemas.microsoft.com/office/2006/metadata/properties" xmlns:ns1="http://schemas.microsoft.com/sharepoint/v3" xmlns:ns2="f20c8ee1-5c4d-4fe6-a884-671ceaf52101" xmlns:ns3="daf8bb99-f63a-4e33-b200-ec62ac311639" targetNamespace="http://schemas.microsoft.com/office/2006/metadata/properties" ma:root="true" ma:fieldsID="f267d61dc377e7454507d56f708722d0" ns1:_="" ns2:_="" ns3:_="">
    <xsd:import namespace="http://schemas.microsoft.com/sharepoint/v3"/>
    <xsd:import namespace="f20c8ee1-5c4d-4fe6-a884-671ceaf52101"/>
    <xsd:import namespace="daf8bb99-f63a-4e33-b200-ec62ac3116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0c8ee1-5c4d-4fe6-a884-671ceaf52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f8bb99-f63a-4e33-b200-ec62ac31163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499c305-8c30-4e8f-b444-91eff99f1631}" ma:internalName="TaxCatchAll" ma:showField="CatchAllData" ma:web="daf8bb99-f63a-4e33-b200-ec62ac311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20c8ee1-5c4d-4fe6-a884-671ceaf52101">
      <Terms xmlns="http://schemas.microsoft.com/office/infopath/2007/PartnerControls"/>
    </lcf76f155ced4ddcb4097134ff3c332f>
    <TaxCatchAll xmlns="daf8bb99-f63a-4e33-b200-ec62ac311639"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8DA2CD2-D666-494C-8C96-6FE00B77D60A}">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16B82EE2-D29E-4E4E-AF6E-3E3A90E99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0c8ee1-5c4d-4fe6-a884-671ceaf52101"/>
    <ds:schemaRef ds:uri="daf8bb99-f63a-4e33-b200-ec62ac311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B0EFE4-9DB2-4F55-8BA6-EFF0273002A3}">
  <ds:schemaRefs>
    <ds:schemaRef ds:uri="http://schemas.microsoft.com/office/2006/metadata/properties"/>
    <ds:schemaRef ds:uri="http://schemas.microsoft.com/office/infopath/2007/PartnerControls"/>
    <ds:schemaRef ds:uri="http://schemas.microsoft.com/sharepoint/v3"/>
    <ds:schemaRef ds:uri="f20c8ee1-5c4d-4fe6-a884-671ceaf52101"/>
    <ds:schemaRef ds:uri="daf8bb99-f63a-4e33-b200-ec62ac311639"/>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4915</Characters>
  <Application>Microsoft Office Word</Application>
  <DocSecurity>0</DocSecurity>
  <Lines>40</Lines>
  <Paragraphs>11</Paragraphs>
  <ScaleCrop>false</ScaleCrop>
  <Manager/>
  <Company/>
  <LinksUpToDate>false</LinksUpToDate>
  <CharactersWithSpaces>5766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Marion (HANNAGE BROOK MEDICAL CENTRE)</dc:creator>
  <cp:keywords/>
  <dc:description>generated by python-docx</dc:description>
  <cp:lastModifiedBy>MILLER, Beverley (HANNAGE BROOK MEDICAL CENTRE)</cp:lastModifiedBy>
  <cp:revision>2</cp:revision>
  <dcterms:created xsi:type="dcterms:W3CDTF">2026-10-05T14:43:00Z</dcterms:created>
  <dcterms:modified xsi:type="dcterms:W3CDTF">2026-10-05T14:43:00Z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0x01010031174624CA836641BE22D1EB9A9E2204</vt:lpwstr>
  </property>
  <property fmtid="{D5CDD505-2E9C-101B-9397-08002B2CF9AE}" pid="3" name="MediaServiceImageTags">
    <vt:lpwstr/>
  </property>
  <property fmtid="{D5CDD505-2E9C-101B-9397-08002B2CF9AE}" pid="4" name="docLang">
    <vt:lpwstr>en</vt:lpwstr>
  </property>
</Properties>
</file>